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53BB" w14:textId="1400C4D2" w:rsidR="00061F43" w:rsidRPr="00061F43" w:rsidRDefault="00061F43" w:rsidP="00061F43">
      <w:pPr>
        <w:pStyle w:val="Titel"/>
        <w:pBdr>
          <w:bottom w:val="single" w:sz="8" w:space="19" w:color="4F81BD" w:themeColor="accent1"/>
        </w:pBdr>
        <w:rPr>
          <w:rFonts w:ascii="Montserrat" w:hAnsi="Montserrat"/>
          <w:b/>
          <w:bCs/>
          <w:color w:val="125766"/>
          <w:sz w:val="40"/>
          <w:szCs w:val="40"/>
        </w:rPr>
      </w:pPr>
      <w:proofErr w:type="spellStart"/>
      <w:r w:rsidRPr="00061F43">
        <w:rPr>
          <w:rFonts w:ascii="Montserrat" w:hAnsi="Montserrat"/>
          <w:b/>
          <w:bCs/>
          <w:color w:val="125766"/>
          <w:sz w:val="40"/>
          <w:szCs w:val="40"/>
        </w:rPr>
        <w:t>Toxopheres</w:t>
      </w:r>
      <w:r w:rsidR="00D97279">
        <w:rPr>
          <w:rFonts w:ascii="Montserrat" w:hAnsi="Montserrat"/>
          <w:b/>
          <w:bCs/>
          <w:color w:val="125766"/>
          <w:sz w:val="40"/>
          <w:szCs w:val="40"/>
        </w:rPr>
        <w:t>e</w:t>
      </w:r>
      <w:proofErr w:type="spellEnd"/>
      <w:r w:rsidRPr="00061F43">
        <w:rPr>
          <w:rFonts w:ascii="Montserrat" w:hAnsi="Montserrat"/>
          <w:b/>
          <w:bCs/>
          <w:color w:val="125766"/>
          <w:sz w:val="40"/>
          <w:szCs w:val="40"/>
        </w:rPr>
        <w:t xml:space="preserve">® </w:t>
      </w:r>
      <w:proofErr w:type="spellStart"/>
      <w:r w:rsidR="009A1C32">
        <w:rPr>
          <w:rFonts w:ascii="Montserrat" w:hAnsi="Montserrat"/>
          <w:b/>
          <w:bCs/>
          <w:color w:val="125766"/>
          <w:sz w:val="40"/>
          <w:szCs w:val="40"/>
        </w:rPr>
        <w:t>Proto</w:t>
      </w:r>
      <w:r w:rsidR="00D97279">
        <w:rPr>
          <w:rFonts w:ascii="Montserrat" w:hAnsi="Montserrat"/>
          <w:b/>
          <w:bCs/>
          <w:color w:val="125766"/>
          <w:sz w:val="40"/>
          <w:szCs w:val="40"/>
        </w:rPr>
        <w:t>koll</w:t>
      </w:r>
      <w:proofErr w:type="spellEnd"/>
    </w:p>
    <w:p w14:paraId="04AFF710" w14:textId="5F375A67" w:rsidR="008A2671" w:rsidRDefault="009A1C32">
      <w:pPr>
        <w:rPr>
          <w:rFonts w:ascii="Montserrat" w:hAnsi="Montserrat"/>
        </w:rPr>
      </w:pPr>
      <w:r>
        <w:rPr>
          <w:rFonts w:ascii="Montserrat" w:hAnsi="Montserrat"/>
        </w:rPr>
        <w:t>Dat</w:t>
      </w:r>
      <w:r w:rsidR="00D97279">
        <w:rPr>
          <w:rFonts w:ascii="Montserrat" w:hAnsi="Montserrat"/>
        </w:rPr>
        <w:t>um</w:t>
      </w:r>
      <w:r>
        <w:rPr>
          <w:rFonts w:ascii="Montserrat" w:hAnsi="Montserrat"/>
        </w:rPr>
        <w:t>____________________________________</w:t>
      </w:r>
    </w:p>
    <w:p w14:paraId="05BF0B5C" w14:textId="1D55AB21" w:rsidR="00061F43" w:rsidRDefault="00D97279">
      <w:pPr>
        <w:rPr>
          <w:rFonts w:ascii="Montserrat" w:hAnsi="Montserrat"/>
        </w:rPr>
      </w:pPr>
      <w:r>
        <w:rPr>
          <w:rFonts w:ascii="Montserrat" w:hAnsi="Montserrat"/>
        </w:rPr>
        <w:t>Praxis/Klinik</w:t>
      </w:r>
      <w:r w:rsidR="009A1C32">
        <w:rPr>
          <w:rFonts w:ascii="Montserrat" w:hAnsi="Montserrat"/>
        </w:rPr>
        <w:t xml:space="preserve"> ____________________________________</w:t>
      </w:r>
    </w:p>
    <w:p w14:paraId="5809FBE6" w14:textId="78D343FD" w:rsidR="009A1C32" w:rsidRDefault="009A1C32">
      <w:pPr>
        <w:rPr>
          <w:rFonts w:ascii="Montserrat" w:hAnsi="Montserrat"/>
        </w:rPr>
      </w:pPr>
      <w:r>
        <w:rPr>
          <w:rFonts w:ascii="Montserrat" w:hAnsi="Montserrat"/>
        </w:rPr>
        <w:t>LOT-Num</w:t>
      </w:r>
      <w:r w:rsidR="00D97279">
        <w:rPr>
          <w:rFonts w:ascii="Montserrat" w:hAnsi="Montserrat"/>
        </w:rPr>
        <w:t>mer</w:t>
      </w:r>
      <w:r>
        <w:rPr>
          <w:rFonts w:ascii="Montserrat" w:hAnsi="Montserrat"/>
        </w:rPr>
        <w:t xml:space="preserve"> Set ____________________________</w:t>
      </w:r>
    </w:p>
    <w:p w14:paraId="0866209A" w14:textId="5546684A" w:rsidR="009A1C32" w:rsidRPr="009A1C32" w:rsidRDefault="009A1C32" w:rsidP="009A1C32">
      <w:pPr>
        <w:rPr>
          <w:rFonts w:ascii="Montserrat" w:hAnsi="Montserrat"/>
        </w:rPr>
      </w:pPr>
      <w:r>
        <w:rPr>
          <w:rFonts w:ascii="Montserrat" w:hAnsi="Montserrat"/>
        </w:rPr>
        <w:t>LOT-Num</w:t>
      </w:r>
      <w:r w:rsidR="00D97279">
        <w:rPr>
          <w:rFonts w:ascii="Montserrat" w:hAnsi="Montserrat"/>
        </w:rPr>
        <w:t xml:space="preserve">mer </w:t>
      </w:r>
      <w:proofErr w:type="spellStart"/>
      <w:r w:rsidR="00D97279">
        <w:rPr>
          <w:rFonts w:ascii="Montserrat" w:hAnsi="Montserrat"/>
        </w:rPr>
        <w:t>Schauchsystem</w:t>
      </w:r>
      <w:proofErr w:type="spellEnd"/>
      <w:r>
        <w:rPr>
          <w:rFonts w:ascii="Montserrat" w:hAnsi="Montserrat"/>
        </w:rPr>
        <w:t xml:space="preserve"> ____________________________</w:t>
      </w:r>
    </w:p>
    <w:p w14:paraId="0B4169EA" w14:textId="1D91CC28" w:rsidR="008A2671" w:rsidRPr="00061F43" w:rsidRDefault="00D97279">
      <w:pPr>
        <w:pStyle w:val="berschrift1"/>
        <w:rPr>
          <w:rFonts w:ascii="Montserrat" w:hAnsi="Montserrat"/>
          <w:color w:val="125766"/>
        </w:rPr>
      </w:pPr>
      <w:proofErr w:type="spellStart"/>
      <w:r>
        <w:rPr>
          <w:rFonts w:ascii="Montserrat" w:hAnsi="Montserrat"/>
          <w:color w:val="125766"/>
        </w:rPr>
        <w:t>Behandlungsprotokoll</w:t>
      </w:r>
      <w:proofErr w:type="spellEnd"/>
      <w:r>
        <w:rPr>
          <w:rFonts w:ascii="Montserrat" w:hAnsi="Montserrat"/>
          <w:color w:val="125766"/>
        </w:rPr>
        <w:t xml:space="preserve"> </w:t>
      </w:r>
    </w:p>
    <w:p w14:paraId="6788F7DE" w14:textId="77777777" w:rsidR="008A2671" w:rsidRPr="00061F43" w:rsidRDefault="00000000">
      <w:pPr>
        <w:pStyle w:val="berschrift2"/>
        <w:rPr>
          <w:rFonts w:ascii="Montserrat" w:hAnsi="Montserrat"/>
          <w:color w:val="125766"/>
        </w:rPr>
      </w:pPr>
      <w:r w:rsidRPr="00061F43">
        <w:rPr>
          <w:rFonts w:ascii="Montserrat" w:hAnsi="Montserrat"/>
          <w:color w:val="125766"/>
        </w:rPr>
        <w:t>Toxopheresis®</w:t>
      </w:r>
    </w:p>
    <w:p w14:paraId="5DFD0FD4" w14:textId="77777777" w:rsidR="009A1C32" w:rsidRDefault="00000000">
      <w:pPr>
        <w:rPr>
          <w:rFonts w:ascii="Montserrat" w:hAnsi="Montserrat"/>
        </w:rPr>
      </w:pPr>
      <w:r w:rsidRPr="006A2BDD">
        <w:rPr>
          <w:rFonts w:ascii="Montserrat" w:hAnsi="Montserrat"/>
        </w:rPr>
        <w:t>Patient</w:t>
      </w:r>
      <w:r w:rsidR="009A1C32">
        <w:rPr>
          <w:rFonts w:ascii="Montserrat" w:hAnsi="Montserrat"/>
        </w:rPr>
        <w:t>,</w:t>
      </w:r>
      <w:r w:rsidRPr="006A2BDD">
        <w:rPr>
          <w:rFonts w:ascii="Montserrat" w:hAnsi="Montserrat"/>
        </w:rPr>
        <w:t xml:space="preserve"> Name</w:t>
      </w:r>
      <w:r w:rsidR="009A1C32">
        <w:rPr>
          <w:rFonts w:ascii="Montserrat" w:hAnsi="Montserrat"/>
        </w:rPr>
        <w:t xml:space="preserve"> _______________________________________</w:t>
      </w:r>
    </w:p>
    <w:p w14:paraId="0907D63F" w14:textId="020CE068" w:rsidR="008A2671" w:rsidRPr="006A2BDD" w:rsidRDefault="00D97279">
      <w:pPr>
        <w:rPr>
          <w:rFonts w:ascii="Montserrat" w:hAnsi="Montserrat"/>
        </w:rPr>
      </w:pPr>
      <w:proofErr w:type="spellStart"/>
      <w:r>
        <w:rPr>
          <w:rFonts w:ascii="Montserrat" w:hAnsi="Montserrat"/>
        </w:rPr>
        <w:t>Geburtsdatum</w:t>
      </w:r>
      <w:proofErr w:type="spellEnd"/>
      <w:r w:rsidR="009A1C32">
        <w:rPr>
          <w:rFonts w:ascii="Montserrat" w:hAnsi="Montserrat"/>
        </w:rPr>
        <w:t xml:space="preserve">_________ </w:t>
      </w:r>
      <w:r w:rsidR="009A1C32" w:rsidRPr="006A2BDD">
        <w:rPr>
          <w:rFonts w:ascii="Montserrat" w:hAnsi="Montserrat"/>
        </w:rPr>
        <w:t>|</w:t>
      </w:r>
      <w:r w:rsidR="009A1C32">
        <w:rPr>
          <w:rFonts w:ascii="Montserrat" w:hAnsi="Montserrat"/>
        </w:rPr>
        <w:t xml:space="preserve"> </w:t>
      </w:r>
      <w:proofErr w:type="spellStart"/>
      <w:r>
        <w:rPr>
          <w:rFonts w:ascii="Montserrat" w:hAnsi="Montserrat"/>
        </w:rPr>
        <w:t>Gewicht</w:t>
      </w:r>
      <w:proofErr w:type="spellEnd"/>
      <w:r w:rsidR="00000000" w:rsidRPr="006A2BDD">
        <w:rPr>
          <w:rFonts w:ascii="Montserrat" w:hAnsi="Montserrat"/>
        </w:rPr>
        <w:t>: ___</w:t>
      </w:r>
      <w:r w:rsidR="009A1C32">
        <w:rPr>
          <w:rFonts w:ascii="Montserrat" w:hAnsi="Montserrat"/>
        </w:rPr>
        <w:t>___</w:t>
      </w:r>
      <w:r w:rsidR="00000000" w:rsidRPr="006A2BDD">
        <w:rPr>
          <w:rFonts w:ascii="Montserrat" w:hAnsi="Montserrat"/>
        </w:rPr>
        <w:t xml:space="preserve"> kg | </w:t>
      </w:r>
      <w:r>
        <w:rPr>
          <w:rFonts w:ascii="Montserrat" w:hAnsi="Montserrat"/>
        </w:rPr>
        <w:t>Größe</w:t>
      </w:r>
      <w:r w:rsidR="00000000" w:rsidRPr="006A2BDD">
        <w:rPr>
          <w:rFonts w:ascii="Montserrat" w:hAnsi="Montserrat"/>
        </w:rPr>
        <w:t>: ___</w:t>
      </w:r>
      <w:r w:rsidR="009A1C32">
        <w:rPr>
          <w:rFonts w:ascii="Montserrat" w:hAnsi="Montserrat"/>
        </w:rPr>
        <w:t>___</w:t>
      </w:r>
      <w:r w:rsidR="00000000" w:rsidRPr="006A2BDD">
        <w:rPr>
          <w:rFonts w:ascii="Montserrat" w:hAnsi="Montserrat"/>
        </w:rPr>
        <w:t xml:space="preserve">cm | </w:t>
      </w:r>
      <w:proofErr w:type="spellStart"/>
      <w:r w:rsidR="00000000" w:rsidRPr="006A2BDD">
        <w:rPr>
          <w:rFonts w:ascii="Montserrat" w:hAnsi="Montserrat"/>
        </w:rPr>
        <w:t>Hkt</w:t>
      </w:r>
      <w:proofErr w:type="spellEnd"/>
      <w:r w:rsidR="00000000" w:rsidRPr="006A2BDD">
        <w:rPr>
          <w:rFonts w:ascii="Montserrat" w:hAnsi="Montserrat"/>
        </w:rPr>
        <w:t>: ___</w:t>
      </w:r>
      <w:r w:rsidR="009A1C32">
        <w:rPr>
          <w:rFonts w:ascii="Montserrat" w:hAnsi="Montserrat"/>
        </w:rPr>
        <w:t>___</w:t>
      </w:r>
      <w:r w:rsidR="00000000" w:rsidRPr="006A2BDD">
        <w:rPr>
          <w:rFonts w:ascii="Montserrat" w:hAnsi="Montserrat"/>
        </w:rPr>
        <w:t xml:space="preserve">% | </w:t>
      </w:r>
      <w:r w:rsidR="009A1C32">
        <w:rPr>
          <w:rFonts w:ascii="Montserrat" w:hAnsi="Montserrat"/>
        </w:rPr>
        <w:t xml:space="preserve">  </w:t>
      </w:r>
      <w:r w:rsidR="00000000" w:rsidRPr="006A2BDD">
        <w:rPr>
          <w:rFonts w:ascii="Montserrat" w:hAnsi="Montserrat"/>
        </w:rPr>
        <w:t>P-Vol: ___</w:t>
      </w:r>
    </w:p>
    <w:p w14:paraId="09907C27" w14:textId="1892F6DC" w:rsidR="009A1C32" w:rsidRPr="006A2BDD" w:rsidRDefault="00D97279" w:rsidP="006A2BDD">
      <w:pPr>
        <w:rPr>
          <w:rFonts w:ascii="Montserrat" w:hAnsi="Montserrat"/>
        </w:rPr>
      </w:pPr>
      <w:proofErr w:type="spellStart"/>
      <w:r>
        <w:rPr>
          <w:rFonts w:ascii="Montserrat" w:hAnsi="Montserrat"/>
        </w:rPr>
        <w:t>Behandlungs</w:t>
      </w:r>
      <w:proofErr w:type="spellEnd"/>
      <w:r>
        <w:rPr>
          <w:rFonts w:ascii="Montserrat" w:hAnsi="Montserrat"/>
        </w:rPr>
        <w:t xml:space="preserve"> </w:t>
      </w:r>
      <w:r w:rsidR="00000000" w:rsidRPr="006A2BDD">
        <w:rPr>
          <w:rFonts w:ascii="Montserrat" w:hAnsi="Montserrat"/>
        </w:rPr>
        <w:t>N</w:t>
      </w:r>
      <w:r>
        <w:rPr>
          <w:rFonts w:ascii="Montserrat" w:hAnsi="Montserrat"/>
        </w:rPr>
        <w:t>r</w:t>
      </w:r>
      <w:r w:rsidR="00000000" w:rsidRPr="006A2BDD">
        <w:rPr>
          <w:rFonts w:ascii="Montserrat" w:hAnsi="Montserrat"/>
        </w:rPr>
        <w:t>.: ___</w:t>
      </w:r>
      <w:r w:rsidR="006A2BDD">
        <w:rPr>
          <w:rFonts w:ascii="Montserrat" w:hAnsi="Montserrat"/>
        </w:rPr>
        <w:tab/>
        <w:t xml:space="preserve">    </w:t>
      </w:r>
      <w:r>
        <w:rPr>
          <w:rFonts w:ascii="Montserrat" w:hAnsi="Montserrat"/>
        </w:rPr>
        <w:t xml:space="preserve">    </w:t>
      </w:r>
      <w:proofErr w:type="spellStart"/>
      <w:r>
        <w:rPr>
          <w:rFonts w:ascii="Montserrat" w:hAnsi="Montserrat"/>
        </w:rPr>
        <w:t>Plasmaaustauschvolumen</w:t>
      </w:r>
      <w:proofErr w:type="spellEnd"/>
      <w:r w:rsidR="00000000" w:rsidRPr="006A2BDD">
        <w:rPr>
          <w:rFonts w:ascii="Montserrat" w:hAnsi="Montserrat"/>
        </w:rPr>
        <w:t>:</w:t>
      </w:r>
      <w:r w:rsidR="00000000" w:rsidRPr="006A2BDD">
        <w:rPr>
          <w:rFonts w:ascii="Montserrat" w:hAnsi="Montserrat"/>
        </w:rPr>
        <w:br/>
      </w:r>
      <w:r w:rsidR="006A2BDD">
        <w:rPr>
          <w:rFonts w:ascii="Montserrat" w:hAnsi="Montserrat"/>
        </w:rPr>
        <w:t xml:space="preserve"> </w:t>
      </w:r>
      <w:r w:rsidR="006A2BDD">
        <w:rPr>
          <w:rFonts w:ascii="Montserrat" w:hAnsi="Montserrat"/>
        </w:rPr>
        <w:tab/>
      </w:r>
      <w:r w:rsidR="006A2BDD">
        <w:rPr>
          <w:rFonts w:ascii="Montserrat" w:hAnsi="Montserrat"/>
        </w:rPr>
        <w:tab/>
      </w:r>
      <w:r w:rsidR="009A1C32">
        <w:rPr>
          <w:rFonts w:ascii="Montserrat" w:hAnsi="Montserrat"/>
        </w:rPr>
        <w:tab/>
      </w:r>
      <w:r w:rsidR="009A1C32">
        <w:rPr>
          <w:rFonts w:ascii="Montserrat" w:hAnsi="Montserrat"/>
        </w:rPr>
        <w:tab/>
        <w:t xml:space="preserve">        </w:t>
      </w:r>
      <w:r w:rsidR="00000000" w:rsidRPr="006A2BDD">
        <w:rPr>
          <w:rFonts w:ascii="Montserrat" w:hAnsi="Montserrat"/>
        </w:rPr>
        <w:t>100% = ___</w:t>
      </w:r>
      <w:r w:rsidR="009A1C32">
        <w:rPr>
          <w:rFonts w:ascii="Montserrat" w:hAnsi="Montserrat"/>
        </w:rPr>
        <w:t>____</w:t>
      </w:r>
      <w:r w:rsidR="00000000" w:rsidRPr="006A2BDD">
        <w:rPr>
          <w:rFonts w:ascii="Montserrat" w:hAnsi="Montserrat"/>
        </w:rPr>
        <w:t xml:space="preserve"> </w:t>
      </w:r>
      <w:proofErr w:type="gramStart"/>
      <w:r w:rsidR="00000000" w:rsidRPr="006A2BDD">
        <w:rPr>
          <w:rFonts w:ascii="Montserrat" w:hAnsi="Montserrat"/>
        </w:rPr>
        <w:t>liter</w:t>
      </w:r>
      <w:r>
        <w:rPr>
          <w:rFonts w:ascii="Montserrat" w:hAnsi="Montserrat"/>
        </w:rPr>
        <w:t xml:space="preserve"> </w:t>
      </w:r>
      <w:r w:rsidR="009A1C32">
        <w:rPr>
          <w:rFonts w:ascii="Montserrat" w:hAnsi="Montserrat"/>
        </w:rPr>
        <w:t xml:space="preserve"> </w:t>
      </w:r>
      <w:r w:rsidR="009A1C32" w:rsidRPr="006A2BDD">
        <w:rPr>
          <w:rFonts w:ascii="Montserrat" w:hAnsi="Montserrat"/>
        </w:rPr>
        <w:t>|</w:t>
      </w:r>
      <w:proofErr w:type="gramEnd"/>
      <w:r w:rsidR="009A1C32">
        <w:rPr>
          <w:rFonts w:ascii="Montserrat" w:hAnsi="Montserrat"/>
        </w:rPr>
        <w:t xml:space="preserve"> 75% =________</w:t>
      </w:r>
    </w:p>
    <w:p w14:paraId="72E2B302" w14:textId="7EA9A721" w:rsidR="008A2671" w:rsidRPr="006A2BDD" w:rsidRDefault="00D97279">
      <w:pPr>
        <w:rPr>
          <w:rFonts w:ascii="Montserrat" w:hAnsi="Montserrat"/>
        </w:rPr>
      </w:pPr>
      <w:proofErr w:type="spellStart"/>
      <w:r>
        <w:rPr>
          <w:rFonts w:ascii="Montserrat" w:hAnsi="Montserrat"/>
        </w:rPr>
        <w:t>Behandlungsteam</w:t>
      </w:r>
      <w:proofErr w:type="spellEnd"/>
      <w:r w:rsidR="00000000" w:rsidRPr="006A2BDD">
        <w:rPr>
          <w:rFonts w:ascii="Montserrat" w:hAnsi="Montserrat"/>
        </w:rPr>
        <w:t>: Dr.</w:t>
      </w:r>
      <w:r w:rsidR="006A2BDD">
        <w:rPr>
          <w:rFonts w:ascii="Montserrat" w:hAnsi="Montserrat"/>
        </w:rPr>
        <w:t xml:space="preserve"> _________________</w:t>
      </w:r>
      <w:r w:rsidR="009A1C32">
        <w:rPr>
          <w:rFonts w:ascii="Montserrat" w:hAnsi="Montserrat"/>
        </w:rPr>
        <w:t xml:space="preserve">______ </w:t>
      </w:r>
      <w:r w:rsidR="009A1C32" w:rsidRPr="006A2BDD">
        <w:rPr>
          <w:rFonts w:ascii="Montserrat" w:hAnsi="Montserrat"/>
        </w:rPr>
        <w:t>|</w:t>
      </w:r>
      <w:r w:rsidR="00000000" w:rsidRPr="006A2BDD">
        <w:rPr>
          <w:rFonts w:ascii="Montserrat" w:hAnsi="Montserrat"/>
        </w:rPr>
        <w:t xml:space="preserve"> </w:t>
      </w:r>
      <w:r w:rsidR="002828BC">
        <w:rPr>
          <w:rFonts w:ascii="Montserrat" w:hAnsi="Montserrat"/>
        </w:rPr>
        <w:t>MFA:</w:t>
      </w:r>
      <w:r>
        <w:rPr>
          <w:rFonts w:ascii="Montserrat" w:hAnsi="Montserrat"/>
        </w:rPr>
        <w:t xml:space="preserve"> </w:t>
      </w:r>
      <w:r w:rsidR="006A2BDD">
        <w:rPr>
          <w:rFonts w:ascii="Montserrat" w:hAnsi="Montserrat"/>
        </w:rPr>
        <w:t>_______________________</w:t>
      </w:r>
    </w:p>
    <w:p w14:paraId="7DFA49CF" w14:textId="15FEF966" w:rsidR="008A2671" w:rsidRPr="00061F43" w:rsidRDefault="002828BC">
      <w:pPr>
        <w:pStyle w:val="berschrift2"/>
        <w:rPr>
          <w:rFonts w:ascii="Montserrat" w:hAnsi="Montserrat"/>
          <w:color w:val="125766"/>
        </w:rPr>
      </w:pPr>
      <w:proofErr w:type="spellStart"/>
      <w:r>
        <w:rPr>
          <w:rFonts w:ascii="Montserrat" w:hAnsi="Montserrat"/>
          <w:color w:val="125766"/>
        </w:rPr>
        <w:t>Klinische</w:t>
      </w:r>
      <w:proofErr w:type="spellEnd"/>
      <w:r w:rsidR="00000000" w:rsidRPr="00061F43">
        <w:rPr>
          <w:rFonts w:ascii="Montserrat" w:hAnsi="Montserrat"/>
          <w:color w:val="125766"/>
        </w:rPr>
        <w:t xml:space="preserve"> </w:t>
      </w:r>
      <w:proofErr w:type="spellStart"/>
      <w:r w:rsidR="00000000" w:rsidRPr="00061F43">
        <w:rPr>
          <w:rFonts w:ascii="Montserrat" w:hAnsi="Montserrat"/>
          <w:color w:val="125766"/>
        </w:rPr>
        <w:t>Information</w:t>
      </w:r>
      <w:r>
        <w:rPr>
          <w:rFonts w:ascii="Montserrat" w:hAnsi="Montserrat"/>
          <w:color w:val="125766"/>
        </w:rPr>
        <w:t>en</w:t>
      </w:r>
      <w:proofErr w:type="spellEnd"/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2856"/>
        <w:gridCol w:w="2879"/>
        <w:gridCol w:w="2857"/>
      </w:tblGrid>
      <w:tr w:rsidR="006A2BDD" w:rsidRPr="00061F43" w14:paraId="10AEF6B7" w14:textId="77777777" w:rsidTr="006A2BDD">
        <w:tc>
          <w:tcPr>
            <w:tcW w:w="2926" w:type="dxa"/>
          </w:tcPr>
          <w:p w14:paraId="642DEC55" w14:textId="738D334A" w:rsidR="006A2BDD" w:rsidRPr="00061F43" w:rsidRDefault="006A2BDD">
            <w:pPr>
              <w:pStyle w:val="berschrift2"/>
              <w:rPr>
                <w:rFonts w:ascii="Montserrat" w:hAnsi="Montserrat"/>
                <w:color w:val="125766"/>
              </w:rPr>
            </w:pPr>
            <w:proofErr w:type="spellStart"/>
            <w:r w:rsidRPr="00061F43">
              <w:rPr>
                <w:rFonts w:ascii="Montserrat" w:hAnsi="Montserrat"/>
                <w:color w:val="125766"/>
              </w:rPr>
              <w:t>Allerg</w:t>
            </w:r>
            <w:r w:rsidR="002828BC">
              <w:rPr>
                <w:rFonts w:ascii="Montserrat" w:hAnsi="Montserrat"/>
                <w:color w:val="125766"/>
              </w:rPr>
              <w:t>ien</w:t>
            </w:r>
            <w:proofErr w:type="spellEnd"/>
          </w:p>
        </w:tc>
        <w:tc>
          <w:tcPr>
            <w:tcW w:w="2927" w:type="dxa"/>
          </w:tcPr>
          <w:p w14:paraId="50D0623A" w14:textId="6C5222AA" w:rsidR="006A2BDD" w:rsidRPr="00061F43" w:rsidRDefault="006A2BDD">
            <w:pPr>
              <w:pStyle w:val="berschrift2"/>
              <w:rPr>
                <w:rFonts w:ascii="Montserrat" w:hAnsi="Montserrat"/>
                <w:color w:val="125766"/>
              </w:rPr>
            </w:pPr>
            <w:proofErr w:type="spellStart"/>
            <w:r w:rsidRPr="00061F43">
              <w:rPr>
                <w:rFonts w:ascii="Montserrat" w:hAnsi="Montserrat"/>
                <w:color w:val="125766"/>
              </w:rPr>
              <w:t>Medi</w:t>
            </w:r>
            <w:r w:rsidR="002828BC">
              <w:rPr>
                <w:rFonts w:ascii="Montserrat" w:hAnsi="Montserrat"/>
                <w:color w:val="125766"/>
              </w:rPr>
              <w:t>k</w:t>
            </w:r>
            <w:r w:rsidRPr="00061F43">
              <w:rPr>
                <w:rFonts w:ascii="Montserrat" w:hAnsi="Montserrat"/>
                <w:color w:val="125766"/>
              </w:rPr>
              <w:t>ations</w:t>
            </w:r>
            <w:proofErr w:type="spellEnd"/>
          </w:p>
        </w:tc>
        <w:tc>
          <w:tcPr>
            <w:tcW w:w="2927" w:type="dxa"/>
          </w:tcPr>
          <w:p w14:paraId="655533BE" w14:textId="032F3284" w:rsidR="006A2BDD" w:rsidRPr="00061F43" w:rsidRDefault="006A2BDD">
            <w:pPr>
              <w:pStyle w:val="berschrift2"/>
              <w:rPr>
                <w:rFonts w:ascii="Montserrat" w:hAnsi="Montserrat"/>
                <w:color w:val="125766"/>
              </w:rPr>
            </w:pPr>
            <w:proofErr w:type="spellStart"/>
            <w:r w:rsidRPr="00061F43">
              <w:rPr>
                <w:rFonts w:ascii="Montserrat" w:hAnsi="Montserrat"/>
                <w:color w:val="125766"/>
              </w:rPr>
              <w:t>Shaldon</w:t>
            </w:r>
            <w:r w:rsidR="002828BC">
              <w:rPr>
                <w:rFonts w:ascii="Montserrat" w:hAnsi="Montserrat"/>
                <w:color w:val="125766"/>
              </w:rPr>
              <w:t>-K</w:t>
            </w:r>
            <w:r w:rsidRPr="00061F43">
              <w:rPr>
                <w:rFonts w:ascii="Montserrat" w:hAnsi="Montserrat"/>
                <w:color w:val="125766"/>
              </w:rPr>
              <w:t>atheter</w:t>
            </w:r>
            <w:proofErr w:type="spellEnd"/>
          </w:p>
        </w:tc>
      </w:tr>
      <w:tr w:rsidR="006A2BDD" w14:paraId="72BFFC2F" w14:textId="77777777" w:rsidTr="006A2BDD">
        <w:tc>
          <w:tcPr>
            <w:tcW w:w="2926" w:type="dxa"/>
          </w:tcPr>
          <w:p w14:paraId="233B732B" w14:textId="77777777" w:rsidR="006A2BDD" w:rsidRDefault="006A2BDD">
            <w:pPr>
              <w:pStyle w:val="berschrift2"/>
              <w:rPr>
                <w:rFonts w:ascii="Montserrat" w:hAnsi="Montserrat"/>
              </w:rPr>
            </w:pPr>
          </w:p>
        </w:tc>
        <w:tc>
          <w:tcPr>
            <w:tcW w:w="2927" w:type="dxa"/>
          </w:tcPr>
          <w:p w14:paraId="3ABE044D" w14:textId="77777777" w:rsidR="006A2BDD" w:rsidRDefault="006A2BDD">
            <w:pPr>
              <w:pStyle w:val="berschrift2"/>
              <w:rPr>
                <w:rFonts w:ascii="Montserrat" w:hAnsi="Montserrat"/>
              </w:rPr>
            </w:pPr>
          </w:p>
        </w:tc>
        <w:tc>
          <w:tcPr>
            <w:tcW w:w="2927" w:type="dxa"/>
          </w:tcPr>
          <w:p w14:paraId="26B7C2FC" w14:textId="77777777" w:rsidR="006A2BDD" w:rsidRDefault="006A2BDD">
            <w:pPr>
              <w:pStyle w:val="berschrift2"/>
              <w:rPr>
                <w:rFonts w:ascii="Montserrat" w:hAnsi="Montserrat"/>
              </w:rPr>
            </w:pPr>
          </w:p>
        </w:tc>
      </w:tr>
      <w:tr w:rsidR="006A2BDD" w14:paraId="06A54279" w14:textId="77777777" w:rsidTr="006A2BDD">
        <w:tc>
          <w:tcPr>
            <w:tcW w:w="2926" w:type="dxa"/>
          </w:tcPr>
          <w:p w14:paraId="4A3A9195" w14:textId="77777777" w:rsidR="006A2BDD" w:rsidRDefault="006A2BDD">
            <w:pPr>
              <w:pStyle w:val="berschrift2"/>
              <w:rPr>
                <w:rFonts w:ascii="Montserrat" w:hAnsi="Montserrat"/>
              </w:rPr>
            </w:pPr>
          </w:p>
        </w:tc>
        <w:tc>
          <w:tcPr>
            <w:tcW w:w="2927" w:type="dxa"/>
          </w:tcPr>
          <w:p w14:paraId="43EFDA5E" w14:textId="77777777" w:rsidR="006A2BDD" w:rsidRDefault="006A2BDD">
            <w:pPr>
              <w:pStyle w:val="berschrift2"/>
              <w:rPr>
                <w:rFonts w:ascii="Montserrat" w:hAnsi="Montserrat"/>
              </w:rPr>
            </w:pPr>
          </w:p>
        </w:tc>
        <w:tc>
          <w:tcPr>
            <w:tcW w:w="2927" w:type="dxa"/>
          </w:tcPr>
          <w:p w14:paraId="63992ECC" w14:textId="77777777" w:rsidR="006A2BDD" w:rsidRDefault="006A2BDD">
            <w:pPr>
              <w:pStyle w:val="berschrift2"/>
              <w:rPr>
                <w:rFonts w:ascii="Montserrat" w:hAnsi="Montserrat"/>
              </w:rPr>
            </w:pPr>
          </w:p>
        </w:tc>
      </w:tr>
    </w:tbl>
    <w:p w14:paraId="7733F82B" w14:textId="77777777" w:rsidR="006A2BDD" w:rsidRDefault="006A2BDD">
      <w:pPr>
        <w:pStyle w:val="berschrift2"/>
        <w:rPr>
          <w:rFonts w:ascii="Montserrat" w:hAnsi="Montserrat"/>
        </w:rPr>
      </w:pPr>
    </w:p>
    <w:p w14:paraId="2CC75194" w14:textId="29A191FF" w:rsidR="008A2671" w:rsidRPr="00061F43" w:rsidRDefault="00000000">
      <w:pPr>
        <w:pStyle w:val="berschrift2"/>
        <w:rPr>
          <w:rFonts w:ascii="Montserrat" w:hAnsi="Montserrat"/>
          <w:color w:val="125766"/>
        </w:rPr>
      </w:pPr>
      <w:proofErr w:type="spellStart"/>
      <w:r w:rsidRPr="00061F43">
        <w:rPr>
          <w:rFonts w:ascii="Montserrat" w:hAnsi="Montserrat"/>
          <w:color w:val="125766"/>
        </w:rPr>
        <w:t>Anti</w:t>
      </w:r>
      <w:r w:rsidR="002828BC">
        <w:rPr>
          <w:rFonts w:ascii="Montserrat" w:hAnsi="Montserrat"/>
          <w:color w:val="125766"/>
        </w:rPr>
        <w:t>k</w:t>
      </w:r>
      <w:r w:rsidRPr="00061F43">
        <w:rPr>
          <w:rFonts w:ascii="Montserrat" w:hAnsi="Montserrat"/>
          <w:color w:val="125766"/>
        </w:rPr>
        <w:t>oagulation</w:t>
      </w:r>
      <w:proofErr w:type="spellEnd"/>
    </w:p>
    <w:p w14:paraId="759163BE" w14:textId="2CABDE8D" w:rsidR="008A2671" w:rsidRDefault="00000000">
      <w:pPr>
        <w:rPr>
          <w:rFonts w:ascii="Montserrat" w:hAnsi="Montserrat"/>
        </w:rPr>
      </w:pPr>
      <w:proofErr w:type="spellStart"/>
      <w:r w:rsidRPr="006A2BDD">
        <w:rPr>
          <w:rFonts w:ascii="Montserrat" w:hAnsi="Montserrat"/>
        </w:rPr>
        <w:t>Anti</w:t>
      </w:r>
      <w:r w:rsidR="002828BC">
        <w:rPr>
          <w:rFonts w:ascii="Montserrat" w:hAnsi="Montserrat"/>
        </w:rPr>
        <w:t>k</w:t>
      </w:r>
      <w:r w:rsidRPr="006A2BDD">
        <w:rPr>
          <w:rFonts w:ascii="Montserrat" w:hAnsi="Montserrat"/>
        </w:rPr>
        <w:t>oagulant</w:t>
      </w:r>
      <w:proofErr w:type="spellEnd"/>
      <w:r w:rsidRPr="006A2BDD">
        <w:rPr>
          <w:rFonts w:ascii="Montserrat" w:hAnsi="Montserrat"/>
        </w:rPr>
        <w:t xml:space="preserve"> / </w:t>
      </w:r>
      <w:proofErr w:type="spellStart"/>
      <w:r w:rsidRPr="006A2BDD">
        <w:rPr>
          <w:rFonts w:ascii="Montserrat" w:hAnsi="Montserrat"/>
        </w:rPr>
        <w:t>Dos</w:t>
      </w:r>
      <w:r w:rsidR="002828BC">
        <w:rPr>
          <w:rFonts w:ascii="Montserrat" w:hAnsi="Montserrat"/>
        </w:rPr>
        <w:t>is</w:t>
      </w:r>
      <w:proofErr w:type="spellEnd"/>
      <w:r w:rsidRPr="006A2BDD">
        <w:rPr>
          <w:rFonts w:ascii="Montserrat" w:hAnsi="Montserrat"/>
        </w:rPr>
        <w:t>: Heparin</w:t>
      </w:r>
      <w:r w:rsidR="002828BC">
        <w:rPr>
          <w:rFonts w:ascii="Montserrat" w:hAnsi="Montserrat"/>
        </w:rPr>
        <w:t>-Natrium</w:t>
      </w:r>
      <w:r w:rsidRPr="006A2BDD">
        <w:rPr>
          <w:rFonts w:ascii="Montserrat" w:hAnsi="Montserrat"/>
        </w:rPr>
        <w:t xml:space="preserve"> 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1725"/>
        <w:gridCol w:w="1776"/>
        <w:gridCol w:w="2504"/>
        <w:gridCol w:w="2457"/>
      </w:tblGrid>
      <w:tr w:rsidR="009A1C32" w14:paraId="6316CAFD" w14:textId="77777777" w:rsidTr="009A1C32">
        <w:trPr>
          <w:trHeight w:val="819"/>
        </w:trPr>
        <w:tc>
          <w:tcPr>
            <w:tcW w:w="1725" w:type="dxa"/>
          </w:tcPr>
          <w:p w14:paraId="4E19B6D6" w14:textId="77777777" w:rsidR="009A1C32" w:rsidRDefault="009A1C32">
            <w:pPr>
              <w:rPr>
                <w:rFonts w:ascii="Montserrat" w:hAnsi="Montserrat"/>
              </w:rPr>
            </w:pPr>
          </w:p>
        </w:tc>
        <w:tc>
          <w:tcPr>
            <w:tcW w:w="1776" w:type="dxa"/>
          </w:tcPr>
          <w:p w14:paraId="4B881A5D" w14:textId="1175BD75" w:rsidR="009A1C32" w:rsidRDefault="002828BC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Vor </w:t>
            </w:r>
            <w:proofErr w:type="spellStart"/>
            <w:r w:rsidR="009A1C32" w:rsidRPr="006A2BDD">
              <w:rPr>
                <w:rFonts w:ascii="Montserrat" w:hAnsi="Montserrat"/>
              </w:rPr>
              <w:t>Apheres</w:t>
            </w:r>
            <w:r>
              <w:rPr>
                <w:rFonts w:ascii="Montserrat" w:hAnsi="Montserrat"/>
              </w:rPr>
              <w:t>e</w:t>
            </w:r>
            <w:proofErr w:type="spellEnd"/>
          </w:p>
        </w:tc>
        <w:tc>
          <w:tcPr>
            <w:tcW w:w="2504" w:type="dxa"/>
          </w:tcPr>
          <w:p w14:paraId="2A61E2D5" w14:textId="2CA2B6D2" w:rsidR="009A1C32" w:rsidRDefault="002828BC">
            <w:pPr>
              <w:rPr>
                <w:rFonts w:ascii="Montserrat" w:hAnsi="Montserrat"/>
              </w:rPr>
            </w:pPr>
            <w:proofErr w:type="spellStart"/>
            <w:r>
              <w:rPr>
                <w:rFonts w:ascii="Montserrat" w:hAnsi="Montserrat"/>
              </w:rPr>
              <w:t>Zusätzliche</w:t>
            </w:r>
            <w:proofErr w:type="spellEnd"/>
            <w:r w:rsidR="009A1C32">
              <w:rPr>
                <w:rFonts w:ascii="Montserrat" w:hAnsi="Montserrat"/>
              </w:rPr>
              <w:t xml:space="preserve"> </w:t>
            </w:r>
            <w:proofErr w:type="spellStart"/>
            <w:r w:rsidR="009A1C32">
              <w:rPr>
                <w:rFonts w:ascii="Montserrat" w:hAnsi="Montserrat"/>
              </w:rPr>
              <w:t>Dosis</w:t>
            </w:r>
            <w:proofErr w:type="spellEnd"/>
            <w:r w:rsidR="009A1C32">
              <w:rPr>
                <w:rFonts w:ascii="Montserrat" w:hAnsi="Montserrat"/>
              </w:rPr>
              <w:t xml:space="preserve"> </w:t>
            </w:r>
          </w:p>
          <w:p w14:paraId="3F684DD5" w14:textId="3D722704" w:rsidR="009A1C32" w:rsidRDefault="009A1C3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(</w:t>
            </w:r>
            <w:r w:rsidR="002828BC">
              <w:rPr>
                <w:rFonts w:ascii="Montserrat" w:hAnsi="Montserrat"/>
              </w:rPr>
              <w:t xml:space="preserve">falls </w:t>
            </w:r>
            <w:proofErr w:type="spellStart"/>
            <w:r w:rsidR="002828BC">
              <w:rPr>
                <w:rFonts w:ascii="Montserrat" w:hAnsi="Montserrat"/>
              </w:rPr>
              <w:t>notwendig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2457" w:type="dxa"/>
          </w:tcPr>
          <w:p w14:paraId="001F36FF" w14:textId="77777777" w:rsidR="002828BC" w:rsidRDefault="002828BC" w:rsidP="002828BC">
            <w:pPr>
              <w:rPr>
                <w:rFonts w:ascii="Montserrat" w:hAnsi="Montserrat"/>
              </w:rPr>
            </w:pPr>
            <w:proofErr w:type="spellStart"/>
            <w:r>
              <w:rPr>
                <w:rFonts w:ascii="Montserrat" w:hAnsi="Montserrat"/>
              </w:rPr>
              <w:t>Zusätzliche</w:t>
            </w:r>
            <w:proofErr w:type="spellEnd"/>
            <w:r>
              <w:rPr>
                <w:rFonts w:ascii="Montserrat" w:hAnsi="Montserrat"/>
              </w:rPr>
              <w:t xml:space="preserve"> </w:t>
            </w:r>
            <w:proofErr w:type="spellStart"/>
            <w:r>
              <w:rPr>
                <w:rFonts w:ascii="Montserrat" w:hAnsi="Montserrat"/>
              </w:rPr>
              <w:t>Dosis</w:t>
            </w:r>
            <w:proofErr w:type="spellEnd"/>
            <w:r>
              <w:rPr>
                <w:rFonts w:ascii="Montserrat" w:hAnsi="Montserrat"/>
              </w:rPr>
              <w:t xml:space="preserve"> </w:t>
            </w:r>
          </w:p>
          <w:p w14:paraId="1F7EBB5F" w14:textId="2B66076F" w:rsidR="009A1C32" w:rsidRDefault="002828BC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(falls </w:t>
            </w:r>
            <w:proofErr w:type="spellStart"/>
            <w:r>
              <w:rPr>
                <w:rFonts w:ascii="Montserrat" w:hAnsi="Montserrat"/>
              </w:rPr>
              <w:t>notwendig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</w:tr>
      <w:tr w:rsidR="009A1C32" w14:paraId="3DD22185" w14:textId="77777777" w:rsidTr="009A1C32">
        <w:trPr>
          <w:trHeight w:val="275"/>
        </w:trPr>
        <w:tc>
          <w:tcPr>
            <w:tcW w:w="1725" w:type="dxa"/>
          </w:tcPr>
          <w:p w14:paraId="7C762A64" w14:textId="099D523F" w:rsidR="009A1C32" w:rsidRDefault="009A1C32">
            <w:pPr>
              <w:rPr>
                <w:rFonts w:ascii="Montserrat" w:hAnsi="Montserrat"/>
              </w:rPr>
            </w:pPr>
            <w:r w:rsidRPr="006A2BDD">
              <w:rPr>
                <w:rFonts w:ascii="Montserrat" w:hAnsi="Montserrat"/>
              </w:rPr>
              <w:t>I</w:t>
            </w:r>
            <w:r w:rsidR="002828BC">
              <w:rPr>
                <w:rFonts w:ascii="Montserrat" w:hAnsi="Montserrat"/>
              </w:rPr>
              <w:t>E</w:t>
            </w:r>
            <w:r w:rsidRPr="006A2BDD">
              <w:rPr>
                <w:rFonts w:ascii="Montserrat" w:hAnsi="Montserrat"/>
              </w:rPr>
              <w:t xml:space="preserve"> </w:t>
            </w:r>
          </w:p>
        </w:tc>
        <w:tc>
          <w:tcPr>
            <w:tcW w:w="1776" w:type="dxa"/>
          </w:tcPr>
          <w:p w14:paraId="5C454067" w14:textId="77777777" w:rsidR="009A1C32" w:rsidRDefault="009A1C32">
            <w:pPr>
              <w:rPr>
                <w:rFonts w:ascii="Montserrat" w:hAnsi="Montserrat"/>
              </w:rPr>
            </w:pPr>
          </w:p>
        </w:tc>
        <w:tc>
          <w:tcPr>
            <w:tcW w:w="2504" w:type="dxa"/>
          </w:tcPr>
          <w:p w14:paraId="67C495D8" w14:textId="77777777" w:rsidR="009A1C32" w:rsidRDefault="009A1C32">
            <w:pPr>
              <w:rPr>
                <w:rFonts w:ascii="Montserrat" w:hAnsi="Montserrat"/>
              </w:rPr>
            </w:pPr>
          </w:p>
        </w:tc>
        <w:tc>
          <w:tcPr>
            <w:tcW w:w="2457" w:type="dxa"/>
          </w:tcPr>
          <w:p w14:paraId="7BB564EB" w14:textId="77777777" w:rsidR="009A1C32" w:rsidRDefault="009A1C32">
            <w:pPr>
              <w:rPr>
                <w:rFonts w:ascii="Montserrat" w:hAnsi="Montserrat"/>
              </w:rPr>
            </w:pPr>
          </w:p>
        </w:tc>
      </w:tr>
    </w:tbl>
    <w:p w14:paraId="2CDED9C1" w14:textId="77777777" w:rsidR="006A2BDD" w:rsidRPr="006A2BDD" w:rsidRDefault="006A2BDD">
      <w:pPr>
        <w:rPr>
          <w:rFonts w:ascii="Montserrat" w:hAnsi="Montserrat"/>
        </w:rPr>
      </w:pPr>
    </w:p>
    <w:p w14:paraId="1164B251" w14:textId="1CBF4875" w:rsidR="00D97279" w:rsidRPr="00384B20" w:rsidRDefault="002828BC" w:rsidP="00384B20">
      <w:pPr>
        <w:pStyle w:val="berschrift2"/>
        <w:rPr>
          <w:rFonts w:ascii="Montserrat" w:hAnsi="Montserrat"/>
          <w:color w:val="125766"/>
        </w:rPr>
      </w:pPr>
      <w:proofErr w:type="spellStart"/>
      <w:r>
        <w:rPr>
          <w:rFonts w:ascii="Montserrat" w:hAnsi="Montserrat"/>
          <w:color w:val="125766"/>
        </w:rPr>
        <w:lastRenderedPageBreak/>
        <w:t>Zusätzliche</w:t>
      </w:r>
      <w:proofErr w:type="spellEnd"/>
      <w:r>
        <w:rPr>
          <w:rFonts w:ascii="Montserrat" w:hAnsi="Montserrat"/>
          <w:color w:val="125766"/>
        </w:rPr>
        <w:t xml:space="preserve"> </w:t>
      </w:r>
      <w:proofErr w:type="spellStart"/>
      <w:r>
        <w:rPr>
          <w:rFonts w:ascii="Montserrat" w:hAnsi="Montserrat"/>
          <w:color w:val="125766"/>
        </w:rPr>
        <w:t>Medikamente</w:t>
      </w:r>
      <w:proofErr w:type="spellEnd"/>
      <w:r w:rsidR="00000000" w:rsidRPr="00061F43">
        <w:rPr>
          <w:rFonts w:ascii="Montserrat" w:hAnsi="Montserrat"/>
          <w:color w:val="125766"/>
        </w:rPr>
        <w:t xml:space="preserve"> / </w:t>
      </w:r>
      <w:proofErr w:type="spellStart"/>
      <w:r w:rsidR="00000000" w:rsidRPr="00061F43">
        <w:rPr>
          <w:rFonts w:ascii="Montserrat" w:hAnsi="Montserrat"/>
          <w:color w:val="125766"/>
        </w:rPr>
        <w:t>Infusion</w:t>
      </w:r>
      <w:r>
        <w:rPr>
          <w:rFonts w:ascii="Montserrat" w:hAnsi="Montserrat"/>
          <w:color w:val="125766"/>
        </w:rPr>
        <w:t>en</w:t>
      </w:r>
      <w:proofErr w:type="spellEnd"/>
      <w:r w:rsidR="00000000" w:rsidRPr="00061F43">
        <w:rPr>
          <w:rFonts w:ascii="Montserrat" w:hAnsi="Montserrat"/>
          <w:color w:val="125766"/>
        </w:rPr>
        <w:t xml:space="preserve"> (</w:t>
      </w:r>
      <w:proofErr w:type="spellStart"/>
      <w:r>
        <w:rPr>
          <w:rFonts w:ascii="Montserrat" w:hAnsi="Montserrat"/>
          <w:color w:val="125766"/>
        </w:rPr>
        <w:t>vor</w:t>
      </w:r>
      <w:proofErr w:type="spellEnd"/>
      <w:r w:rsidR="00000000" w:rsidRPr="00061F43">
        <w:rPr>
          <w:rFonts w:ascii="Montserrat" w:hAnsi="Montserrat"/>
          <w:color w:val="125766"/>
        </w:rPr>
        <w:t xml:space="preserve">/ </w:t>
      </w:r>
      <w:proofErr w:type="spellStart"/>
      <w:r>
        <w:rPr>
          <w:rFonts w:ascii="Montserrat" w:hAnsi="Montserrat"/>
          <w:color w:val="125766"/>
        </w:rPr>
        <w:t>während</w:t>
      </w:r>
      <w:proofErr w:type="spellEnd"/>
      <w:r w:rsidR="00000000" w:rsidRPr="00061F43">
        <w:rPr>
          <w:rFonts w:ascii="Montserrat" w:hAnsi="Montserrat"/>
          <w:color w:val="125766"/>
        </w:rPr>
        <w:t xml:space="preserve"> / </w:t>
      </w:r>
      <w:proofErr w:type="spellStart"/>
      <w:r>
        <w:rPr>
          <w:rFonts w:ascii="Montserrat" w:hAnsi="Montserrat"/>
          <w:color w:val="125766"/>
        </w:rPr>
        <w:t>nach</w:t>
      </w:r>
      <w:proofErr w:type="spellEnd"/>
      <w:r>
        <w:rPr>
          <w:rFonts w:ascii="Montserrat" w:hAnsi="Montserrat"/>
          <w:color w:val="125766"/>
        </w:rPr>
        <w:t xml:space="preserve"> der </w:t>
      </w:r>
      <w:proofErr w:type="spellStart"/>
      <w:r>
        <w:rPr>
          <w:rFonts w:ascii="Montserrat" w:hAnsi="Montserrat"/>
          <w:color w:val="125766"/>
        </w:rPr>
        <w:t>A</w:t>
      </w:r>
      <w:r w:rsidR="00000000" w:rsidRPr="00061F43">
        <w:rPr>
          <w:rFonts w:ascii="Montserrat" w:hAnsi="Montserrat"/>
          <w:color w:val="125766"/>
        </w:rPr>
        <w:t>pheres</w:t>
      </w:r>
      <w:r>
        <w:rPr>
          <w:rFonts w:ascii="Montserrat" w:hAnsi="Montserrat"/>
          <w:color w:val="125766"/>
        </w:rPr>
        <w:t>e</w:t>
      </w:r>
      <w:proofErr w:type="spellEnd"/>
      <w:r w:rsidR="00000000" w:rsidRPr="00061F43">
        <w:rPr>
          <w:rFonts w:ascii="Montserrat" w:hAnsi="Montserrat"/>
          <w:color w:val="125766"/>
        </w:rPr>
        <w:t>)</w:t>
      </w:r>
      <w:r w:rsidR="00345CEF">
        <w:rPr>
          <w:rFonts w:ascii="Montserrat" w:hAnsi="Montserrat"/>
          <w:color w:val="125766"/>
        </w:rPr>
        <w:t xml:space="preserve"> (</w:t>
      </w:r>
      <w:r>
        <w:rPr>
          <w:rFonts w:ascii="Montserrat" w:hAnsi="Montserrat"/>
          <w:color w:val="125766"/>
        </w:rPr>
        <w:t xml:space="preserve">falls </w:t>
      </w:r>
      <w:proofErr w:type="spellStart"/>
      <w:r>
        <w:rPr>
          <w:rFonts w:ascii="Montserrat" w:hAnsi="Montserrat"/>
          <w:color w:val="125766"/>
        </w:rPr>
        <w:t>notwendig</w:t>
      </w:r>
      <w:proofErr w:type="spellEnd"/>
      <w:r w:rsidR="00345CEF">
        <w:rPr>
          <w:rFonts w:ascii="Montserrat" w:hAnsi="Montserrat"/>
          <w:color w:val="125766"/>
        </w:rPr>
        <w:t>)</w:t>
      </w:r>
    </w:p>
    <w:p w14:paraId="3ECEFCE0" w14:textId="21F1E4E3" w:rsidR="008A2671" w:rsidRPr="006A2BDD" w:rsidRDefault="00000000" w:rsidP="006A2BDD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___ 250 ml NaCl 0.9% + ___ g / ___ ml Vitamin C + 1 Amp. B1 + ___ Amp. B6 + </w:t>
      </w:r>
      <w:r w:rsidR="006A2BDD">
        <w:rPr>
          <w:rFonts w:ascii="Montserrat" w:hAnsi="Montserrat"/>
        </w:rPr>
        <w:t xml:space="preserve">   </w:t>
      </w:r>
      <w:r w:rsidRPr="006A2BDD">
        <w:rPr>
          <w:rFonts w:ascii="Montserrat" w:hAnsi="Montserrat"/>
        </w:rPr>
        <w:t xml:space="preserve">___ mg </w:t>
      </w:r>
      <w:proofErr w:type="spellStart"/>
      <w:r w:rsidRPr="006A2BDD">
        <w:rPr>
          <w:rFonts w:ascii="Montserrat" w:hAnsi="Montserrat"/>
        </w:rPr>
        <w:t>Glutathion</w:t>
      </w:r>
      <w:proofErr w:type="spellEnd"/>
      <w:r w:rsidRPr="006A2BDD">
        <w:rPr>
          <w:rFonts w:ascii="Montserrat" w:hAnsi="Montserrat"/>
        </w:rPr>
        <w:t xml:space="preserve"> </w:t>
      </w:r>
      <w:proofErr w:type="spellStart"/>
      <w:r w:rsidR="002828BC">
        <w:rPr>
          <w:rFonts w:ascii="Montserrat" w:hAnsi="Montserrat"/>
        </w:rPr>
        <w:t>oder</w:t>
      </w:r>
      <w:proofErr w:type="spellEnd"/>
      <w:r w:rsidRPr="006A2BDD">
        <w:rPr>
          <w:rFonts w:ascii="Montserrat" w:hAnsi="Montserrat"/>
        </w:rPr>
        <w:t xml:space="preserve"> ___ Amp. </w:t>
      </w:r>
      <w:proofErr w:type="spellStart"/>
      <w:r w:rsidRPr="006A2BDD">
        <w:rPr>
          <w:rFonts w:ascii="Montserrat" w:hAnsi="Montserrat"/>
        </w:rPr>
        <w:t>Eumetabol</w:t>
      </w:r>
      <w:proofErr w:type="spellEnd"/>
      <w:r w:rsidRPr="006A2BDD">
        <w:rPr>
          <w:rFonts w:ascii="Montserrat" w:hAnsi="Montserrat"/>
        </w:rPr>
        <w:t xml:space="preserve"> 3 g</w:t>
      </w:r>
    </w:p>
    <w:p w14:paraId="25C7FE1C" w14:textId="77777777" w:rsidR="008A2671" w:rsidRPr="006A2BDD" w:rsidRDefault="00000000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250 ml NaCl 0.9% + 1 Pack Citric Acid Cycle + 1 Amp. </w:t>
      </w:r>
      <w:proofErr w:type="spellStart"/>
      <w:r w:rsidRPr="006A2BDD">
        <w:rPr>
          <w:rFonts w:ascii="Montserrat" w:hAnsi="Montserrat"/>
        </w:rPr>
        <w:t>Ubichinon</w:t>
      </w:r>
      <w:proofErr w:type="spellEnd"/>
      <w:r w:rsidRPr="006A2BDD">
        <w:rPr>
          <w:rFonts w:ascii="Montserrat" w:hAnsi="Montserrat"/>
        </w:rPr>
        <w:t xml:space="preserve"> + 2 Amp. ATP + ___ Lysin </w:t>
      </w:r>
      <w:proofErr w:type="spellStart"/>
      <w:r w:rsidRPr="006A2BDD">
        <w:rPr>
          <w:rFonts w:ascii="Montserrat" w:hAnsi="Montserrat"/>
        </w:rPr>
        <w:t>i.v.</w:t>
      </w:r>
      <w:proofErr w:type="spellEnd"/>
    </w:p>
    <w:p w14:paraId="046C3EC2" w14:textId="748D22EF" w:rsidR="008A2671" w:rsidRPr="006A2BDD" w:rsidRDefault="00000000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1 Amp. Solidago + 1 Amp. </w:t>
      </w:r>
      <w:proofErr w:type="spellStart"/>
      <w:r w:rsidRPr="006A2BDD">
        <w:rPr>
          <w:rFonts w:ascii="Montserrat" w:hAnsi="Montserrat"/>
        </w:rPr>
        <w:t>Hepar</w:t>
      </w:r>
      <w:proofErr w:type="spellEnd"/>
      <w:r w:rsidRPr="006A2BDD">
        <w:rPr>
          <w:rFonts w:ascii="Montserrat" w:hAnsi="Montserrat"/>
        </w:rPr>
        <w:t xml:space="preserve"> comp + 1 Amp. </w:t>
      </w:r>
      <w:proofErr w:type="spellStart"/>
      <w:r w:rsidRPr="006A2BDD">
        <w:rPr>
          <w:rFonts w:ascii="Montserrat" w:hAnsi="Montserrat"/>
        </w:rPr>
        <w:t>Lymphomyosot</w:t>
      </w:r>
      <w:proofErr w:type="spellEnd"/>
      <w:r w:rsidRPr="006A2BDD">
        <w:rPr>
          <w:rFonts w:ascii="Montserrat" w:hAnsi="Montserrat"/>
        </w:rPr>
        <w:t xml:space="preserve"> </w:t>
      </w:r>
      <w:proofErr w:type="spellStart"/>
      <w:r w:rsidR="00977540">
        <w:rPr>
          <w:rFonts w:ascii="Montserrat" w:hAnsi="Montserrat"/>
        </w:rPr>
        <w:t>vor</w:t>
      </w:r>
      <w:proofErr w:type="spellEnd"/>
      <w:r w:rsidR="00977540">
        <w:rPr>
          <w:rFonts w:ascii="Montserrat" w:hAnsi="Montserrat"/>
        </w:rPr>
        <w:t xml:space="preserve"> </w:t>
      </w:r>
      <w:proofErr w:type="spellStart"/>
      <w:r w:rsidR="00977540">
        <w:rPr>
          <w:rFonts w:ascii="Montserrat" w:hAnsi="Montserrat"/>
        </w:rPr>
        <w:t>Plasmarückgabe</w:t>
      </w:r>
      <w:proofErr w:type="spellEnd"/>
    </w:p>
    <w:p w14:paraId="47B05000" w14:textId="77777777" w:rsidR="008A2671" w:rsidRPr="006A2BDD" w:rsidRDefault="00000000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___ 500 ml Ringer | </w:t>
      </w: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250 / </w:t>
      </w: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500 ml NaCl 0.9%</w:t>
      </w:r>
    </w:p>
    <w:p w14:paraId="51F9DA54" w14:textId="77777777" w:rsidR="008A2671" w:rsidRPr="006A2BDD" w:rsidRDefault="00000000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___ 100 / </w:t>
      </w: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500 ml Glucose 5% + ___ Amp. Glucose 40%</w:t>
      </w:r>
    </w:p>
    <w:p w14:paraId="7939A98B" w14:textId="77777777" w:rsidR="008A2671" w:rsidRPr="006A2BDD" w:rsidRDefault="00000000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1 Amp. Ranitic + 1 Amp. NaCl 0.9% i.v. | </w:t>
      </w: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1 mg Fenistil i.v. | </w:t>
      </w: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1 Amp. Methylcobalamin</w:t>
      </w:r>
    </w:p>
    <w:p w14:paraId="1D45795A" w14:textId="03240E29" w:rsidR="006A2BDD" w:rsidRDefault="00000000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1 Tab. Methylfolate 400 µg (</w:t>
      </w:r>
      <w:r w:rsidR="00977540">
        <w:rPr>
          <w:rFonts w:ascii="Montserrat" w:hAnsi="Montserrat"/>
        </w:rPr>
        <w:t xml:space="preserve">bioactive </w:t>
      </w:r>
      <w:proofErr w:type="spellStart"/>
      <w:r w:rsidR="00977540">
        <w:rPr>
          <w:rFonts w:ascii="Montserrat" w:hAnsi="Montserrat"/>
        </w:rPr>
        <w:t>Folsäure</w:t>
      </w:r>
      <w:proofErr w:type="spellEnd"/>
      <w:r w:rsidRPr="006A2BDD">
        <w:rPr>
          <w:rFonts w:ascii="Montserrat" w:hAnsi="Montserrat"/>
        </w:rPr>
        <w:t xml:space="preserve">) </w:t>
      </w:r>
    </w:p>
    <w:p w14:paraId="3DC68BB6" w14:textId="36AAB418" w:rsidR="00B043BD" w:rsidRDefault="006A2BDD">
      <w:pPr>
        <w:rPr>
          <w:rFonts w:ascii="Montserrat" w:hAnsi="Montserrat"/>
        </w:rPr>
      </w:pPr>
      <w:r w:rsidRPr="006A2BDD">
        <w:rPr>
          <w:rFonts w:ascii="Segoe UI Symbol" w:hAnsi="Segoe UI Symbol" w:cs="Segoe UI Symbol"/>
        </w:rPr>
        <w:t>☐</w:t>
      </w:r>
      <w:r w:rsidRPr="006A2BDD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1A. </w:t>
      </w:r>
      <w:proofErr w:type="spellStart"/>
      <w:r>
        <w:rPr>
          <w:rFonts w:ascii="Montserrat" w:hAnsi="Montserrat"/>
        </w:rPr>
        <w:t>Methylcobalamin</w:t>
      </w:r>
      <w:proofErr w:type="spellEnd"/>
      <w:r>
        <w:rPr>
          <w:rFonts w:ascii="Montserrat" w:hAnsi="Montserrat"/>
        </w:rPr>
        <w:t xml:space="preserve"> </w:t>
      </w:r>
      <w:proofErr w:type="spellStart"/>
      <w:r w:rsidR="00977540">
        <w:rPr>
          <w:rFonts w:ascii="Montserrat" w:hAnsi="Montserrat"/>
        </w:rPr>
        <w:t>vorgemischt</w:t>
      </w:r>
      <w:proofErr w:type="spellEnd"/>
      <w:r w:rsidR="00977540">
        <w:rPr>
          <w:rFonts w:ascii="Montserrat" w:hAnsi="Montserrat"/>
        </w:rPr>
        <w:t xml:space="preserve"> </w:t>
      </w:r>
      <w:r w:rsidRPr="006A2BDD">
        <w:rPr>
          <w:rFonts w:ascii="Montserrat" w:hAnsi="Montserrat"/>
        </w:rPr>
        <w:t>in 100 ml NaCl 0.9%</w:t>
      </w:r>
    </w:p>
    <w:p w14:paraId="460A891C" w14:textId="62BEEE1D" w:rsidR="00345CEF" w:rsidRPr="00345CEF" w:rsidRDefault="00977540" w:rsidP="00345CEF">
      <w:pPr>
        <w:pStyle w:val="berschrift1"/>
        <w:rPr>
          <w:rFonts w:ascii="Montserrat" w:hAnsi="Montserrat"/>
          <w:color w:val="125766"/>
        </w:rPr>
      </w:pPr>
      <w:proofErr w:type="spellStart"/>
      <w:r w:rsidRPr="00977540">
        <w:rPr>
          <w:rFonts w:ascii="Montserrat" w:hAnsi="Montserrat"/>
          <w:color w:val="125766"/>
        </w:rPr>
        <w:t>Behandlung</w:t>
      </w:r>
      <w:proofErr w:type="spellEnd"/>
      <w:r w:rsidRPr="00977540">
        <w:rPr>
          <w:rFonts w:ascii="Montserrat" w:hAnsi="Montserrat"/>
          <w:color w:val="125766"/>
        </w:rPr>
        <w:t xml:space="preserve"> / </w:t>
      </w:r>
      <w:proofErr w:type="spellStart"/>
      <w:r w:rsidRPr="00977540">
        <w:rPr>
          <w:rFonts w:ascii="Montserrat" w:hAnsi="Montserrat"/>
          <w:color w:val="125766"/>
        </w:rPr>
        <w:t>Vitalparameter</w:t>
      </w:r>
      <w:proofErr w:type="spellEnd"/>
    </w:p>
    <w:tbl>
      <w:tblPr>
        <w:tblStyle w:val="Tabellenraster"/>
        <w:tblW w:w="9301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808"/>
        <w:gridCol w:w="709"/>
        <w:gridCol w:w="992"/>
        <w:gridCol w:w="850"/>
        <w:gridCol w:w="851"/>
        <w:gridCol w:w="992"/>
        <w:gridCol w:w="851"/>
        <w:gridCol w:w="709"/>
        <w:gridCol w:w="850"/>
        <w:gridCol w:w="850"/>
        <w:gridCol w:w="839"/>
      </w:tblGrid>
      <w:tr w:rsidR="00B67FDB" w14:paraId="05D7DCEE" w14:textId="77777777" w:rsidTr="00384B20">
        <w:tc>
          <w:tcPr>
            <w:tcW w:w="808" w:type="dxa"/>
          </w:tcPr>
          <w:p w14:paraId="05319352" w14:textId="5F071602" w:rsidR="00B67FDB" w:rsidRPr="00345CEF" w:rsidRDefault="00384B20" w:rsidP="00345CEF">
            <w:pPr>
              <w:rPr>
                <w:rFonts w:ascii="Montserrat" w:hAnsi="Montserrat"/>
                <w:sz w:val="13"/>
                <w:szCs w:val="13"/>
              </w:rPr>
            </w:pPr>
            <w:r>
              <w:rPr>
                <w:rFonts w:ascii="Montserrat" w:hAnsi="Montserrat"/>
                <w:sz w:val="13"/>
                <w:szCs w:val="13"/>
              </w:rPr>
              <w:t xml:space="preserve">Zeit </w:t>
            </w:r>
            <w:r w:rsidR="00B67FDB" w:rsidRPr="00345CEF">
              <w:rPr>
                <w:rFonts w:ascii="Montserrat" w:hAnsi="Montserrat"/>
                <w:sz w:val="13"/>
                <w:szCs w:val="13"/>
              </w:rPr>
              <w:t>(h)</w:t>
            </w:r>
          </w:p>
          <w:p w14:paraId="71D31FA6" w14:textId="2A687A89" w:rsidR="00B67FDB" w:rsidRPr="00345CEF" w:rsidRDefault="00B67FDB" w:rsidP="009772F8">
            <w:pPr>
              <w:rPr>
                <w:rFonts w:ascii="Montserrat" w:hAnsi="Montserrat"/>
                <w:sz w:val="13"/>
                <w:szCs w:val="13"/>
              </w:rPr>
            </w:pPr>
          </w:p>
        </w:tc>
        <w:tc>
          <w:tcPr>
            <w:tcW w:w="709" w:type="dxa"/>
          </w:tcPr>
          <w:p w14:paraId="58B72AF5" w14:textId="1C7EF83C" w:rsidR="00B67FDB" w:rsidRPr="00345CEF" w:rsidRDefault="00384B20" w:rsidP="00345CEF">
            <w:pPr>
              <w:rPr>
                <w:rFonts w:ascii="Montserrat" w:hAnsi="Montserrat"/>
                <w:sz w:val="13"/>
                <w:szCs w:val="13"/>
              </w:rPr>
            </w:pPr>
            <w:r>
              <w:rPr>
                <w:rFonts w:ascii="Montserrat" w:hAnsi="Montserrat"/>
                <w:sz w:val="13"/>
                <w:szCs w:val="13"/>
              </w:rPr>
              <w:t>Blut-</w:t>
            </w:r>
            <w:proofErr w:type="spellStart"/>
            <w:r>
              <w:rPr>
                <w:rFonts w:ascii="Montserrat" w:hAnsi="Montserrat"/>
                <w:sz w:val="13"/>
                <w:szCs w:val="13"/>
              </w:rPr>
              <w:t>fluss</w:t>
            </w:r>
            <w:proofErr w:type="spellEnd"/>
          </w:p>
        </w:tc>
        <w:tc>
          <w:tcPr>
            <w:tcW w:w="992" w:type="dxa"/>
          </w:tcPr>
          <w:p w14:paraId="716DC113" w14:textId="1A94F3A2" w:rsidR="00384B20" w:rsidRDefault="00384B20" w:rsidP="009772F8">
            <w:pPr>
              <w:rPr>
                <w:rFonts w:ascii="Montserrat" w:hAnsi="Montserrat"/>
                <w:sz w:val="13"/>
                <w:szCs w:val="13"/>
              </w:rPr>
            </w:pPr>
            <w:r>
              <w:rPr>
                <w:rFonts w:ascii="Montserrat" w:hAnsi="Montserrat"/>
                <w:sz w:val="13"/>
                <w:szCs w:val="13"/>
              </w:rPr>
              <w:t>Plasma-</w:t>
            </w:r>
          </w:p>
          <w:p w14:paraId="05F7D7CB" w14:textId="466D7D53" w:rsidR="00B67FDB" w:rsidRPr="00345CEF" w:rsidRDefault="00384B20" w:rsidP="009772F8">
            <w:pPr>
              <w:rPr>
                <w:rFonts w:ascii="Montserrat" w:hAnsi="Montserrat"/>
                <w:sz w:val="13"/>
                <w:szCs w:val="13"/>
              </w:rPr>
            </w:pPr>
            <w:proofErr w:type="spellStart"/>
            <w:r>
              <w:rPr>
                <w:rFonts w:ascii="Montserrat" w:hAnsi="Montserrat"/>
                <w:sz w:val="13"/>
                <w:szCs w:val="13"/>
              </w:rPr>
              <w:t>prozent</w:t>
            </w:r>
            <w:proofErr w:type="spellEnd"/>
            <w:r w:rsidR="00DA241B" w:rsidRPr="00345CEF">
              <w:rPr>
                <w:rFonts w:ascii="Montserrat" w:hAnsi="Montserrat"/>
                <w:sz w:val="13"/>
                <w:szCs w:val="13"/>
              </w:rPr>
              <w:t xml:space="preserve"> </w:t>
            </w:r>
            <w:r w:rsidR="00B67FDB" w:rsidRPr="00345CEF">
              <w:rPr>
                <w:rFonts w:ascii="Montserrat" w:hAnsi="Montserrat"/>
                <w:sz w:val="13"/>
                <w:szCs w:val="13"/>
              </w:rPr>
              <w:t>(</w:t>
            </w:r>
            <w:r w:rsidR="00DA241B">
              <w:rPr>
                <w:rFonts w:ascii="Montserrat" w:hAnsi="Montserrat"/>
                <w:sz w:val="13"/>
                <w:szCs w:val="13"/>
              </w:rPr>
              <w:t>m</w:t>
            </w:r>
            <w:r w:rsidR="00B67FDB" w:rsidRPr="00345CEF">
              <w:rPr>
                <w:rFonts w:ascii="Montserrat" w:hAnsi="Montserrat"/>
                <w:sz w:val="13"/>
                <w:szCs w:val="13"/>
              </w:rPr>
              <w:t xml:space="preserve">ax. 30%) </w:t>
            </w:r>
          </w:p>
        </w:tc>
        <w:tc>
          <w:tcPr>
            <w:tcW w:w="850" w:type="dxa"/>
          </w:tcPr>
          <w:p w14:paraId="5BB10C4B" w14:textId="732E6B47" w:rsidR="00B67FDB" w:rsidRPr="00345CEF" w:rsidRDefault="00B67FDB" w:rsidP="009772F8">
            <w:pPr>
              <w:rPr>
                <w:rFonts w:ascii="Montserrat" w:hAnsi="Montserrat"/>
                <w:sz w:val="13"/>
                <w:szCs w:val="13"/>
              </w:rPr>
            </w:pPr>
            <w:r w:rsidRPr="00345CEF">
              <w:rPr>
                <w:rFonts w:ascii="Montserrat" w:hAnsi="Montserrat"/>
                <w:sz w:val="13"/>
                <w:szCs w:val="13"/>
              </w:rPr>
              <w:t xml:space="preserve">TMP </w:t>
            </w:r>
            <w:r>
              <w:rPr>
                <w:rFonts w:ascii="Montserrat" w:hAnsi="Montserrat"/>
                <w:sz w:val="13"/>
                <w:szCs w:val="13"/>
              </w:rPr>
              <w:t>(mmHg)</w:t>
            </w:r>
          </w:p>
        </w:tc>
        <w:tc>
          <w:tcPr>
            <w:tcW w:w="851" w:type="dxa"/>
          </w:tcPr>
          <w:p w14:paraId="2C527764" w14:textId="77777777" w:rsidR="00B67FDB" w:rsidRDefault="00B67FDB" w:rsidP="009772F8">
            <w:pPr>
              <w:rPr>
                <w:rFonts w:ascii="Montserrat" w:hAnsi="Montserrat"/>
                <w:sz w:val="13"/>
                <w:szCs w:val="13"/>
              </w:rPr>
            </w:pPr>
            <w:r w:rsidRPr="00345CEF">
              <w:rPr>
                <w:rFonts w:ascii="Montserrat" w:hAnsi="Montserrat"/>
                <w:sz w:val="13"/>
                <w:szCs w:val="13"/>
              </w:rPr>
              <w:t xml:space="preserve">TMP </w:t>
            </w:r>
            <w:r>
              <w:rPr>
                <w:rFonts w:ascii="Montserrat" w:hAnsi="Montserrat"/>
                <w:sz w:val="13"/>
                <w:szCs w:val="13"/>
              </w:rPr>
              <w:t>2</w:t>
            </w:r>
          </w:p>
          <w:p w14:paraId="101E319C" w14:textId="7C38DBBA" w:rsidR="00B67FDB" w:rsidRPr="00345CEF" w:rsidRDefault="00B67FDB" w:rsidP="009772F8">
            <w:pPr>
              <w:rPr>
                <w:rFonts w:ascii="Montserrat" w:hAnsi="Montserrat"/>
                <w:sz w:val="13"/>
                <w:szCs w:val="13"/>
              </w:rPr>
            </w:pPr>
            <w:r>
              <w:rPr>
                <w:rFonts w:ascii="Montserrat" w:hAnsi="Montserrat"/>
                <w:sz w:val="13"/>
                <w:szCs w:val="13"/>
              </w:rPr>
              <w:t>(mmHg)</w:t>
            </w:r>
          </w:p>
        </w:tc>
        <w:tc>
          <w:tcPr>
            <w:tcW w:w="992" w:type="dxa"/>
          </w:tcPr>
          <w:p w14:paraId="7161DD40" w14:textId="653A6C4C" w:rsidR="00B67FDB" w:rsidRPr="00345CEF" w:rsidRDefault="00384B20" w:rsidP="009772F8">
            <w:pPr>
              <w:rPr>
                <w:rFonts w:ascii="Montserrat" w:hAnsi="Montserrat"/>
                <w:sz w:val="13"/>
                <w:szCs w:val="13"/>
              </w:rPr>
            </w:pPr>
            <w:proofErr w:type="spellStart"/>
            <w:r w:rsidRPr="00384B20">
              <w:rPr>
                <w:rFonts w:ascii="Montserrat" w:hAnsi="Montserrat"/>
                <w:sz w:val="13"/>
                <w:szCs w:val="13"/>
              </w:rPr>
              <w:t>Arterieller</w:t>
            </w:r>
            <w:proofErr w:type="spellEnd"/>
            <w:r w:rsidRPr="00384B20">
              <w:rPr>
                <w:rFonts w:ascii="Montserrat" w:hAnsi="Montserrat"/>
                <w:sz w:val="13"/>
                <w:szCs w:val="13"/>
              </w:rPr>
              <w:t xml:space="preserve"> </w:t>
            </w:r>
            <w:proofErr w:type="spellStart"/>
            <w:r w:rsidRPr="00384B20">
              <w:rPr>
                <w:rFonts w:ascii="Montserrat" w:hAnsi="Montserrat"/>
                <w:sz w:val="13"/>
                <w:szCs w:val="13"/>
              </w:rPr>
              <w:t>Blutdruck</w:t>
            </w:r>
            <w:proofErr w:type="spellEnd"/>
            <w:r>
              <w:rPr>
                <w:rFonts w:ascii="Montserrat" w:hAnsi="Montserrat"/>
                <w:sz w:val="13"/>
                <w:szCs w:val="13"/>
              </w:rPr>
              <w:t xml:space="preserve"> </w:t>
            </w:r>
            <w:r w:rsidR="00B67FDB">
              <w:rPr>
                <w:rFonts w:ascii="Montserrat" w:hAnsi="Montserrat"/>
                <w:sz w:val="13"/>
                <w:szCs w:val="13"/>
              </w:rPr>
              <w:t>(mmHg)</w:t>
            </w:r>
          </w:p>
        </w:tc>
        <w:tc>
          <w:tcPr>
            <w:tcW w:w="851" w:type="dxa"/>
          </w:tcPr>
          <w:p w14:paraId="5271C733" w14:textId="5B137932" w:rsidR="00B67FDB" w:rsidRPr="00345CEF" w:rsidRDefault="00384B20" w:rsidP="00345CEF">
            <w:pPr>
              <w:rPr>
                <w:rFonts w:ascii="Montserrat" w:hAnsi="Montserrat"/>
                <w:sz w:val="13"/>
                <w:szCs w:val="13"/>
              </w:rPr>
            </w:pPr>
            <w:proofErr w:type="spellStart"/>
            <w:r w:rsidRPr="00384B20">
              <w:rPr>
                <w:rFonts w:ascii="Montserrat" w:hAnsi="Montserrat"/>
                <w:sz w:val="13"/>
                <w:szCs w:val="13"/>
              </w:rPr>
              <w:t>Venen</w:t>
            </w:r>
            <w:r>
              <w:rPr>
                <w:rFonts w:ascii="Montserrat" w:hAnsi="Montserrat"/>
                <w:sz w:val="13"/>
                <w:szCs w:val="13"/>
              </w:rPr>
              <w:t>-</w:t>
            </w:r>
            <w:r w:rsidRPr="00384B20">
              <w:rPr>
                <w:rFonts w:ascii="Montserrat" w:hAnsi="Montserrat"/>
                <w:sz w:val="13"/>
                <w:szCs w:val="13"/>
              </w:rPr>
              <w:t>druck</w:t>
            </w:r>
            <w:proofErr w:type="spellEnd"/>
            <w:r>
              <w:rPr>
                <w:rFonts w:ascii="Montserrat" w:hAnsi="Montserrat"/>
                <w:sz w:val="13"/>
                <w:szCs w:val="13"/>
              </w:rPr>
              <w:t xml:space="preserve"> </w:t>
            </w:r>
            <w:r w:rsidR="00B67FDB">
              <w:rPr>
                <w:rFonts w:ascii="Montserrat" w:hAnsi="Montserrat"/>
                <w:sz w:val="13"/>
                <w:szCs w:val="13"/>
              </w:rPr>
              <w:t>(mmHg)</w:t>
            </w:r>
          </w:p>
        </w:tc>
        <w:tc>
          <w:tcPr>
            <w:tcW w:w="709" w:type="dxa"/>
          </w:tcPr>
          <w:p w14:paraId="71F3DF64" w14:textId="69EE0185" w:rsidR="00B67FDB" w:rsidRPr="00345CEF" w:rsidRDefault="00384B20" w:rsidP="009772F8">
            <w:pPr>
              <w:rPr>
                <w:rFonts w:ascii="Montserrat" w:hAnsi="Montserrat"/>
                <w:sz w:val="13"/>
                <w:szCs w:val="13"/>
              </w:rPr>
            </w:pPr>
            <w:r w:rsidRPr="00384B20">
              <w:rPr>
                <w:rFonts w:ascii="Montserrat" w:hAnsi="Montserrat"/>
                <w:sz w:val="13"/>
                <w:szCs w:val="13"/>
              </w:rPr>
              <w:t>Blut</w:t>
            </w:r>
            <w:r>
              <w:rPr>
                <w:rFonts w:ascii="Montserrat" w:hAnsi="Montserrat"/>
                <w:sz w:val="13"/>
                <w:szCs w:val="13"/>
              </w:rPr>
              <w:t>-</w:t>
            </w:r>
            <w:proofErr w:type="spellStart"/>
            <w:r w:rsidRPr="00384B20">
              <w:rPr>
                <w:rFonts w:ascii="Montserrat" w:hAnsi="Montserrat"/>
                <w:sz w:val="13"/>
                <w:szCs w:val="13"/>
              </w:rPr>
              <w:t>zucker</w:t>
            </w:r>
            <w:proofErr w:type="spellEnd"/>
            <w:r w:rsidRPr="00345CEF">
              <w:rPr>
                <w:rFonts w:ascii="Montserrat" w:hAnsi="Montserrat"/>
                <w:sz w:val="13"/>
                <w:szCs w:val="13"/>
              </w:rPr>
              <w:t xml:space="preserve"> </w:t>
            </w:r>
            <w:r w:rsidR="00B67FDB" w:rsidRPr="00345CEF">
              <w:rPr>
                <w:rFonts w:ascii="Montserrat" w:hAnsi="Montserrat"/>
                <w:sz w:val="13"/>
                <w:szCs w:val="13"/>
              </w:rPr>
              <w:t>(mg%)</w:t>
            </w:r>
          </w:p>
        </w:tc>
        <w:tc>
          <w:tcPr>
            <w:tcW w:w="850" w:type="dxa"/>
          </w:tcPr>
          <w:p w14:paraId="33CE06CD" w14:textId="727D4AE0" w:rsidR="00B67FDB" w:rsidRPr="00B67FDB" w:rsidRDefault="00B67FDB" w:rsidP="009772F8">
            <w:pPr>
              <w:rPr>
                <w:rFonts w:ascii="Montserrat" w:hAnsi="Montserrat"/>
                <w:b/>
                <w:bCs/>
                <w:sz w:val="13"/>
                <w:szCs w:val="13"/>
              </w:rPr>
            </w:pPr>
            <w:r w:rsidRPr="00345CEF">
              <w:rPr>
                <w:rFonts w:ascii="Montserrat" w:hAnsi="Montserrat"/>
                <w:sz w:val="13"/>
                <w:szCs w:val="13"/>
              </w:rPr>
              <w:t>Puls</w:t>
            </w:r>
          </w:p>
        </w:tc>
        <w:tc>
          <w:tcPr>
            <w:tcW w:w="850" w:type="dxa"/>
          </w:tcPr>
          <w:p w14:paraId="0551B665" w14:textId="2DBB9804" w:rsidR="00B67FDB" w:rsidRPr="00345CEF" w:rsidRDefault="00B67FDB" w:rsidP="00B67FDB">
            <w:pPr>
              <w:rPr>
                <w:rFonts w:ascii="Montserrat" w:hAnsi="Montserrat"/>
                <w:sz w:val="13"/>
                <w:szCs w:val="13"/>
              </w:rPr>
            </w:pPr>
            <w:r w:rsidRPr="00345CEF">
              <w:rPr>
                <w:rFonts w:ascii="Montserrat" w:hAnsi="Montserrat"/>
                <w:sz w:val="13"/>
                <w:szCs w:val="13"/>
              </w:rPr>
              <w:t>RR (mmHg)</w:t>
            </w:r>
          </w:p>
          <w:p w14:paraId="01E7A98A" w14:textId="2ACEF7D7" w:rsidR="00B67FDB" w:rsidRPr="00345CEF" w:rsidRDefault="00B67FDB" w:rsidP="00B67FDB">
            <w:pPr>
              <w:rPr>
                <w:rFonts w:ascii="Montserrat" w:hAnsi="Montserrat"/>
                <w:sz w:val="13"/>
                <w:szCs w:val="13"/>
              </w:rPr>
            </w:pPr>
            <w:r w:rsidRPr="00345CEF">
              <w:rPr>
                <w:rFonts w:ascii="Montserrat" w:hAnsi="Montserrat"/>
                <w:sz w:val="13"/>
                <w:szCs w:val="13"/>
              </w:rPr>
              <w:t>Leg</w:t>
            </w:r>
          </w:p>
        </w:tc>
        <w:tc>
          <w:tcPr>
            <w:tcW w:w="839" w:type="dxa"/>
          </w:tcPr>
          <w:p w14:paraId="2F5FB60D" w14:textId="6B92D030" w:rsidR="00B67FDB" w:rsidRPr="00345CEF" w:rsidRDefault="00B67FDB" w:rsidP="009772F8">
            <w:pPr>
              <w:rPr>
                <w:rFonts w:ascii="Montserrat" w:hAnsi="Montserrat"/>
                <w:sz w:val="13"/>
                <w:szCs w:val="13"/>
              </w:rPr>
            </w:pPr>
            <w:r w:rsidRPr="00345CEF">
              <w:rPr>
                <w:rFonts w:ascii="Montserrat" w:hAnsi="Montserrat"/>
                <w:sz w:val="13"/>
                <w:szCs w:val="13"/>
              </w:rPr>
              <w:t>SO₂ (%)</w:t>
            </w:r>
          </w:p>
        </w:tc>
      </w:tr>
      <w:tr w:rsidR="00B67FDB" w14:paraId="0D6E1ED0" w14:textId="77777777" w:rsidTr="00384B20">
        <w:tc>
          <w:tcPr>
            <w:tcW w:w="808" w:type="dxa"/>
          </w:tcPr>
          <w:p w14:paraId="726D5F21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45435686" w14:textId="4B7213C6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435B382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2F18B928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1D8547F2" w14:textId="323179C1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1D25CF5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4E9091A0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1B2F907A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0AC65AA3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768FC92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05259267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3B606368" w14:textId="77777777" w:rsidTr="00384B20">
        <w:tc>
          <w:tcPr>
            <w:tcW w:w="808" w:type="dxa"/>
          </w:tcPr>
          <w:p w14:paraId="10F81C74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54A0B72D" w14:textId="68E76AC6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34A01A3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7BB78D13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7D1B1DF3" w14:textId="6283F76A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1458EF49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32E08EA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6BCE3D70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217F389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4BE6C6B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6F62C65A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73047D08" w14:textId="77777777" w:rsidTr="00384B20">
        <w:tc>
          <w:tcPr>
            <w:tcW w:w="808" w:type="dxa"/>
          </w:tcPr>
          <w:p w14:paraId="4F34415F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7BD2583B" w14:textId="19683E8C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4F8FCC43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2028EB0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5A9C17B4" w14:textId="4BABFD80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31464DC7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712288A8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54E18C2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BCB201D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A9BF836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7C8E1D3C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385631B0" w14:textId="77777777" w:rsidTr="00384B20">
        <w:tc>
          <w:tcPr>
            <w:tcW w:w="808" w:type="dxa"/>
          </w:tcPr>
          <w:p w14:paraId="3E7B1B60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0E3D8DE0" w14:textId="22BCC26A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6A78887D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3F5865D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2D191381" w14:textId="5CCDF324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360E0B83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53DC7DA6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4CCD3A1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7839AC89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579D0877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3E5AB172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0370D648" w14:textId="77777777" w:rsidTr="00384B20">
        <w:tc>
          <w:tcPr>
            <w:tcW w:w="808" w:type="dxa"/>
          </w:tcPr>
          <w:p w14:paraId="1214051E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5DBD0D85" w14:textId="13D5F490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38BC8654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2C74ACB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337A0448" w14:textId="5D309944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6B0307B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6E4C9F5F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0C8AE4E5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477BCF87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73D53991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560E7379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64777D16" w14:textId="77777777" w:rsidTr="00384B20">
        <w:tc>
          <w:tcPr>
            <w:tcW w:w="808" w:type="dxa"/>
          </w:tcPr>
          <w:p w14:paraId="333A9F85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1AD93C29" w14:textId="25150A58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1AE5A69F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74D3CC4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7735DE4D" w14:textId="13135269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689E272E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16520F9E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652DD63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2A7F260A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AE31A5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25771543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70BA080A" w14:textId="77777777" w:rsidTr="00384B20">
        <w:tc>
          <w:tcPr>
            <w:tcW w:w="808" w:type="dxa"/>
          </w:tcPr>
          <w:p w14:paraId="75126F54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57069559" w14:textId="6B068B14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329C67CD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252F8D20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3546EF9A" w14:textId="19211501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7D62AF66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4DEFCEB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03D9590F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443A587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0D616431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6C4D68CA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6649372D" w14:textId="77777777" w:rsidTr="00384B20">
        <w:tc>
          <w:tcPr>
            <w:tcW w:w="808" w:type="dxa"/>
          </w:tcPr>
          <w:p w14:paraId="18B3C320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2BD34ED0" w14:textId="5F45ED76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648339AF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0A52A80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1948CA4A" w14:textId="2C45BC39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188538F3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49E6815E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2AFDCABE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5579B76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6CF3DFC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62DD7E75" w14:textId="77777777" w:rsidR="00B67FDB" w:rsidRDefault="00B67FDB">
            <w:pPr>
              <w:rPr>
                <w:rFonts w:ascii="Montserrat" w:hAnsi="Montserrat"/>
              </w:rPr>
            </w:pPr>
          </w:p>
        </w:tc>
      </w:tr>
      <w:tr w:rsidR="00B67FDB" w14:paraId="6FE73625" w14:textId="77777777" w:rsidTr="00384B20">
        <w:tc>
          <w:tcPr>
            <w:tcW w:w="808" w:type="dxa"/>
          </w:tcPr>
          <w:p w14:paraId="26F8A03A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21D6B009" w14:textId="435174BF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442C185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56315F42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6AADCD77" w14:textId="20040B4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992" w:type="dxa"/>
          </w:tcPr>
          <w:p w14:paraId="28B0399B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1" w:type="dxa"/>
          </w:tcPr>
          <w:p w14:paraId="0B9EADF4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709" w:type="dxa"/>
          </w:tcPr>
          <w:p w14:paraId="6184176C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23836367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50" w:type="dxa"/>
          </w:tcPr>
          <w:p w14:paraId="02891FBE" w14:textId="77777777" w:rsidR="00B67FDB" w:rsidRDefault="00B67FDB">
            <w:pPr>
              <w:rPr>
                <w:rFonts w:ascii="Montserrat" w:hAnsi="Montserrat"/>
              </w:rPr>
            </w:pPr>
          </w:p>
        </w:tc>
        <w:tc>
          <w:tcPr>
            <w:tcW w:w="839" w:type="dxa"/>
          </w:tcPr>
          <w:p w14:paraId="61936DC6" w14:textId="77777777" w:rsidR="00B67FDB" w:rsidRDefault="00B67FDB">
            <w:pPr>
              <w:rPr>
                <w:rFonts w:ascii="Montserrat" w:hAnsi="Montserrat"/>
              </w:rPr>
            </w:pPr>
          </w:p>
        </w:tc>
      </w:tr>
    </w:tbl>
    <w:p w14:paraId="74936EEA" w14:textId="114DC9A0" w:rsidR="00DA241B" w:rsidRDefault="00DA241B">
      <w:pPr>
        <w:rPr>
          <w:rFonts w:ascii="Montserrat" w:hAnsi="Montserrat"/>
        </w:rPr>
      </w:pPr>
    </w:p>
    <w:tbl>
      <w:tblPr>
        <w:tblStyle w:val="Tabellenraster"/>
        <w:tblW w:w="6053" w:type="dxa"/>
        <w:tblInd w:w="38" w:type="dxa"/>
        <w:tblLook w:val="04A0" w:firstRow="1" w:lastRow="0" w:firstColumn="1" w:lastColumn="0" w:noHBand="0" w:noVBand="1"/>
      </w:tblPr>
      <w:tblGrid>
        <w:gridCol w:w="1758"/>
        <w:gridCol w:w="910"/>
        <w:gridCol w:w="2251"/>
        <w:gridCol w:w="1134"/>
      </w:tblGrid>
      <w:tr w:rsidR="00A3635B" w14:paraId="7440437C" w14:textId="2FA986B9" w:rsidTr="00384B20">
        <w:trPr>
          <w:trHeight w:val="436"/>
        </w:trPr>
        <w:tc>
          <w:tcPr>
            <w:tcW w:w="1758" w:type="dxa"/>
          </w:tcPr>
          <w:p w14:paraId="6CBEB04A" w14:textId="179531C6" w:rsidR="00A3635B" w:rsidRPr="00A3635B" w:rsidRDefault="00384B20" w:rsidP="00384B20">
            <w:pPr>
              <w:pStyle w:val="berschrift2"/>
              <w:rPr>
                <w:rFonts w:ascii="Montserrat" w:eastAsiaTheme="minorEastAsia" w:hAnsi="Montserrat" w:cstheme="minorBidi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Montserrat" w:eastAsiaTheme="minorEastAsia" w:hAnsi="Montserrat" w:cstheme="minorBidi"/>
                <w:b w:val="0"/>
                <w:bCs w:val="0"/>
                <w:color w:val="auto"/>
                <w:sz w:val="16"/>
                <w:szCs w:val="16"/>
              </w:rPr>
              <w:t>1.</w:t>
            </w:r>
            <w:r w:rsidR="00A3635B" w:rsidRPr="00A3635B">
              <w:rPr>
                <w:rFonts w:ascii="Montserrat" w:eastAsiaTheme="minorEastAsia" w:hAnsi="Montserrat" w:cstheme="minorBidi"/>
                <w:b w:val="0"/>
                <w:bCs w:val="0"/>
                <w:color w:val="auto"/>
                <w:sz w:val="16"/>
                <w:szCs w:val="16"/>
              </w:rPr>
              <w:t>Filter</w:t>
            </w:r>
            <w:r>
              <w:rPr>
                <w:rFonts w:ascii="Montserrat" w:eastAsiaTheme="minorEastAsia" w:hAnsi="Montserrat" w:cstheme="minorBidi"/>
                <w:b w:val="0"/>
                <w:bCs w:val="0"/>
                <w:color w:val="auto"/>
                <w:sz w:val="16"/>
                <w:szCs w:val="16"/>
              </w:rPr>
              <w:t>spülung</w:t>
            </w:r>
          </w:p>
          <w:p w14:paraId="22DE79B6" w14:textId="600CD907" w:rsidR="00A3635B" w:rsidRPr="00DA241B" w:rsidRDefault="00A3635B" w:rsidP="00DA241B">
            <w:pPr>
              <w:rPr>
                <w:rFonts w:ascii="Montserrat" w:hAnsi="Montserrat"/>
                <w:sz w:val="13"/>
                <w:szCs w:val="13"/>
              </w:rPr>
            </w:pPr>
            <w:r w:rsidRPr="00DA241B">
              <w:rPr>
                <w:rFonts w:ascii="Montserrat" w:hAnsi="Montserrat"/>
                <w:sz w:val="13"/>
                <w:szCs w:val="13"/>
              </w:rPr>
              <w:t>(</w:t>
            </w:r>
            <w:proofErr w:type="spellStart"/>
            <w:r w:rsidR="00384B20">
              <w:rPr>
                <w:rFonts w:ascii="Montserrat" w:hAnsi="Montserrat"/>
                <w:sz w:val="13"/>
                <w:szCs w:val="13"/>
              </w:rPr>
              <w:t>nach</w:t>
            </w:r>
            <w:proofErr w:type="spellEnd"/>
            <w:r w:rsidRPr="00DA241B">
              <w:rPr>
                <w:rFonts w:ascii="Montserrat" w:hAnsi="Montserrat"/>
                <w:sz w:val="13"/>
                <w:szCs w:val="13"/>
              </w:rPr>
              <w:t xml:space="preserve"> 1100 ml</w:t>
            </w:r>
            <w:r>
              <w:rPr>
                <w:rFonts w:ascii="Montserrat" w:hAnsi="Montserrat"/>
                <w:sz w:val="13"/>
                <w:szCs w:val="13"/>
              </w:rPr>
              <w:t xml:space="preserve"> </w:t>
            </w:r>
            <w:r w:rsidR="00384B20">
              <w:rPr>
                <w:rFonts w:ascii="Montserrat" w:hAnsi="Montserrat"/>
                <w:sz w:val="13"/>
                <w:szCs w:val="13"/>
              </w:rPr>
              <w:t>P</w:t>
            </w:r>
            <w:r>
              <w:rPr>
                <w:rFonts w:ascii="Montserrat" w:hAnsi="Montserrat"/>
                <w:sz w:val="13"/>
                <w:szCs w:val="13"/>
              </w:rPr>
              <w:t>lasma</w:t>
            </w:r>
            <w:r w:rsidRPr="00DA241B">
              <w:rPr>
                <w:rFonts w:ascii="Montserrat" w:hAnsi="Montserrat"/>
                <w:sz w:val="13"/>
                <w:szCs w:val="13"/>
              </w:rPr>
              <w:t>)</w:t>
            </w:r>
          </w:p>
          <w:p w14:paraId="3AF587BB" w14:textId="452B5A8E" w:rsidR="00A3635B" w:rsidRPr="00A3635B" w:rsidRDefault="00A3635B" w:rsidP="00EA3DA3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910" w:type="dxa"/>
          </w:tcPr>
          <w:p w14:paraId="5669F8D4" w14:textId="77777777" w:rsidR="00A3635B" w:rsidRDefault="00A3635B" w:rsidP="00A00261">
            <w:pPr>
              <w:rPr>
                <w:rFonts w:ascii="Montserrat" w:hAnsi="Montserrat"/>
                <w:sz w:val="13"/>
                <w:szCs w:val="13"/>
              </w:rPr>
            </w:pPr>
            <w:r w:rsidRPr="00A3635B">
              <w:rPr>
                <w:rFonts w:ascii="Montserrat" w:hAnsi="Montserrat"/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D03C29" wp14:editId="4ABEF39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263525</wp:posOffset>
                      </wp:positionV>
                      <wp:extent cx="165100" cy="139700"/>
                      <wp:effectExtent l="12700" t="12700" r="12700" b="12700"/>
                      <wp:wrapNone/>
                      <wp:docPr id="2900828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2A485" id="Rechteck 1" o:spid="_x0000_s1026" style="position:absolute;margin-left:1.8pt;margin-top:20.75pt;width:13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" fillcolor="white [3201]" strokecolor="black [3200]" strokeweight="2pt"/>
                  </w:pict>
                </mc:Fallback>
              </mc:AlternateContent>
            </w:r>
            <w:r w:rsidR="00384B20">
              <w:rPr>
                <w:rFonts w:ascii="Montserrat" w:hAnsi="Montserrat"/>
                <w:sz w:val="13"/>
                <w:szCs w:val="13"/>
              </w:rPr>
              <w:t>bitte</w:t>
            </w:r>
          </w:p>
          <w:p w14:paraId="7864EDFE" w14:textId="180B1919" w:rsidR="00384B20" w:rsidRPr="00A3635B" w:rsidRDefault="00384B20" w:rsidP="00A00261">
            <w:pPr>
              <w:rPr>
                <w:rFonts w:ascii="Montserrat" w:hAnsi="Montserrat"/>
                <w:sz w:val="13"/>
                <w:szCs w:val="13"/>
              </w:rPr>
            </w:pPr>
            <w:proofErr w:type="spellStart"/>
            <w:r>
              <w:rPr>
                <w:rFonts w:ascii="Montserrat" w:hAnsi="Montserrat"/>
                <w:sz w:val="13"/>
                <w:szCs w:val="13"/>
              </w:rPr>
              <w:t>ankreuzen</w:t>
            </w:r>
            <w:proofErr w:type="spellEnd"/>
          </w:p>
        </w:tc>
        <w:tc>
          <w:tcPr>
            <w:tcW w:w="2251" w:type="dxa"/>
          </w:tcPr>
          <w:p w14:paraId="130DBD03" w14:textId="77777777" w:rsidR="00A3635B" w:rsidRDefault="00A3635B" w:rsidP="00DA241B">
            <w:pPr>
              <w:rPr>
                <w:rFonts w:ascii="Montserrat" w:hAnsi="Montserrat"/>
                <w:sz w:val="18"/>
                <w:szCs w:val="18"/>
              </w:rPr>
            </w:pPr>
          </w:p>
          <w:p w14:paraId="035AD743" w14:textId="6EFF6AD7" w:rsidR="00A3635B" w:rsidRPr="00A3635B" w:rsidRDefault="00A3635B" w:rsidP="00DA241B">
            <w:pPr>
              <w:rPr>
                <w:rFonts w:ascii="Montserrat" w:hAnsi="Montserrat"/>
                <w:sz w:val="16"/>
                <w:szCs w:val="16"/>
              </w:rPr>
            </w:pPr>
            <w:r w:rsidRPr="00A3635B">
              <w:rPr>
                <w:rFonts w:ascii="Montserrat" w:hAnsi="Montserrat"/>
                <w:sz w:val="16"/>
                <w:szCs w:val="16"/>
              </w:rPr>
              <w:t>2.</w:t>
            </w:r>
            <w:r w:rsidR="00384B20">
              <w:rPr>
                <w:rFonts w:ascii="Montserrat" w:hAnsi="Montserrat"/>
                <w:sz w:val="16"/>
                <w:szCs w:val="16"/>
              </w:rPr>
              <w:t>Filterspülung</w:t>
            </w:r>
          </w:p>
          <w:p w14:paraId="530B1A0A" w14:textId="75898D72" w:rsidR="00A3635B" w:rsidRPr="00DA241B" w:rsidRDefault="00A3635B" w:rsidP="00DA241B">
            <w:pPr>
              <w:rPr>
                <w:rFonts w:ascii="Montserrat" w:hAnsi="Montserrat"/>
                <w:sz w:val="13"/>
                <w:szCs w:val="13"/>
              </w:rPr>
            </w:pPr>
            <w:r w:rsidRPr="00DA241B">
              <w:rPr>
                <w:rFonts w:ascii="Montserrat" w:hAnsi="Montserrat"/>
                <w:sz w:val="13"/>
                <w:szCs w:val="13"/>
              </w:rPr>
              <w:t>(50 -100 ml</w:t>
            </w:r>
            <w:r>
              <w:rPr>
                <w:rFonts w:ascii="Montserrat" w:hAnsi="Montserrat"/>
                <w:sz w:val="13"/>
                <w:szCs w:val="13"/>
              </w:rPr>
              <w:t xml:space="preserve"> </w:t>
            </w:r>
            <w:r w:rsidR="00384B20" w:rsidRPr="00384B20">
              <w:rPr>
                <w:rFonts w:ascii="Montserrat" w:hAnsi="Montserrat"/>
                <w:sz w:val="13"/>
                <w:szCs w:val="13"/>
              </w:rPr>
              <w:t xml:space="preserve">Plasma </w:t>
            </w:r>
            <w:proofErr w:type="spellStart"/>
            <w:r w:rsidR="00384B20" w:rsidRPr="00384B20">
              <w:rPr>
                <w:rFonts w:ascii="Montserrat" w:hAnsi="Montserrat"/>
                <w:sz w:val="13"/>
                <w:szCs w:val="13"/>
              </w:rPr>
              <w:t>vor</w:t>
            </w:r>
            <w:proofErr w:type="spellEnd"/>
            <w:r w:rsidR="00384B20" w:rsidRPr="00384B20">
              <w:rPr>
                <w:rFonts w:ascii="Montserrat" w:hAnsi="Montserrat"/>
                <w:sz w:val="13"/>
                <w:szCs w:val="13"/>
              </w:rPr>
              <w:t xml:space="preserve"> Ende der </w:t>
            </w:r>
            <w:proofErr w:type="spellStart"/>
            <w:r w:rsidR="00384B20" w:rsidRPr="00384B20">
              <w:rPr>
                <w:rFonts w:ascii="Montserrat" w:hAnsi="Montserrat"/>
                <w:sz w:val="13"/>
                <w:szCs w:val="13"/>
              </w:rPr>
              <w:t>Behandlung</w:t>
            </w:r>
            <w:proofErr w:type="spellEnd"/>
            <w:r w:rsidR="00384B20" w:rsidRPr="00384B20">
              <w:rPr>
                <w:rFonts w:ascii="Montserrat" w:hAnsi="Montserrat"/>
                <w:sz w:val="13"/>
                <w:szCs w:val="13"/>
              </w:rPr>
              <w:t xml:space="preserve"> </w:t>
            </w:r>
            <w:proofErr w:type="spellStart"/>
            <w:r w:rsidR="00384B20" w:rsidRPr="00384B20">
              <w:rPr>
                <w:rFonts w:ascii="Montserrat" w:hAnsi="Montserrat"/>
                <w:sz w:val="13"/>
                <w:szCs w:val="13"/>
              </w:rPr>
              <w:t>oder</w:t>
            </w:r>
            <w:proofErr w:type="spellEnd"/>
            <w:r w:rsidR="00384B20" w:rsidRPr="00384B20">
              <w:rPr>
                <w:rFonts w:ascii="Montserrat" w:hAnsi="Montserrat"/>
                <w:sz w:val="13"/>
                <w:szCs w:val="13"/>
              </w:rPr>
              <w:t xml:space="preserve"> falls </w:t>
            </w:r>
            <w:proofErr w:type="spellStart"/>
            <w:r w:rsidR="00384B20" w:rsidRPr="00384B20">
              <w:rPr>
                <w:rFonts w:ascii="Montserrat" w:hAnsi="Montserrat"/>
                <w:sz w:val="13"/>
                <w:szCs w:val="13"/>
              </w:rPr>
              <w:t>notwendig</w:t>
            </w:r>
            <w:proofErr w:type="spellEnd"/>
            <w:r>
              <w:rPr>
                <w:rFonts w:ascii="Montserrat" w:hAnsi="Montserrat"/>
                <w:sz w:val="13"/>
                <w:szCs w:val="13"/>
              </w:rPr>
              <w:t>)</w:t>
            </w:r>
          </w:p>
        </w:tc>
        <w:tc>
          <w:tcPr>
            <w:tcW w:w="1134" w:type="dxa"/>
          </w:tcPr>
          <w:p w14:paraId="2AA96BAE" w14:textId="77777777" w:rsidR="00384B20" w:rsidRDefault="00384B20" w:rsidP="00384B20">
            <w:pPr>
              <w:rPr>
                <w:rFonts w:ascii="Montserrat" w:hAnsi="Montserrat"/>
                <w:sz w:val="13"/>
                <w:szCs w:val="13"/>
              </w:rPr>
            </w:pPr>
            <w:r w:rsidRPr="00A3635B">
              <w:rPr>
                <w:rFonts w:ascii="Montserrat" w:hAnsi="Montserrat"/>
                <w:noProof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9640BA" wp14:editId="333DF36B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263525</wp:posOffset>
                      </wp:positionV>
                      <wp:extent cx="165100" cy="139700"/>
                      <wp:effectExtent l="12700" t="12700" r="12700" b="12700"/>
                      <wp:wrapNone/>
                      <wp:docPr id="1781318723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B6332" id="Rechteck 1" o:spid="_x0000_s1026" style="position:absolute;margin-left:1.8pt;margin-top:20.75pt;width:13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" fillcolor="white [3201]" strokecolor="black [3200]" strokeweight="2pt"/>
                  </w:pict>
                </mc:Fallback>
              </mc:AlternateContent>
            </w:r>
            <w:r>
              <w:rPr>
                <w:rFonts w:ascii="Montserrat" w:hAnsi="Montserrat"/>
                <w:sz w:val="13"/>
                <w:szCs w:val="13"/>
              </w:rPr>
              <w:t>bitte</w:t>
            </w:r>
          </w:p>
          <w:p w14:paraId="6BF2D9B5" w14:textId="4094B951" w:rsidR="00A3635B" w:rsidRPr="00A3635B" w:rsidRDefault="00384B20" w:rsidP="00384B20">
            <w:pPr>
              <w:rPr>
                <w:rFonts w:ascii="Montserrat" w:hAnsi="Montserrat"/>
                <w:sz w:val="13"/>
                <w:szCs w:val="13"/>
              </w:rPr>
            </w:pPr>
            <w:proofErr w:type="spellStart"/>
            <w:r>
              <w:rPr>
                <w:rFonts w:ascii="Montserrat" w:hAnsi="Montserrat"/>
                <w:sz w:val="13"/>
                <w:szCs w:val="13"/>
              </w:rPr>
              <w:t>ankreuzen</w:t>
            </w:r>
            <w:proofErr w:type="spellEnd"/>
          </w:p>
        </w:tc>
      </w:tr>
    </w:tbl>
    <w:p w14:paraId="78CCFAF3" w14:textId="77777777" w:rsidR="00384B20" w:rsidRDefault="00384B20">
      <w:pPr>
        <w:rPr>
          <w:rFonts w:ascii="Montserrat" w:hAnsi="Montserrat"/>
          <w:sz w:val="16"/>
          <w:szCs w:val="16"/>
          <w:u w:val="single"/>
        </w:rPr>
      </w:pPr>
    </w:p>
    <w:p w14:paraId="43BFCC78" w14:textId="42D88B69" w:rsidR="00A3635B" w:rsidRPr="00384B20" w:rsidRDefault="00384B20">
      <w:pPr>
        <w:rPr>
          <w:rFonts w:ascii="Montserrat" w:hAnsi="Montserrat"/>
          <w:sz w:val="16"/>
          <w:szCs w:val="16"/>
          <w:u w:val="single"/>
        </w:rPr>
      </w:pPr>
      <w:proofErr w:type="spellStart"/>
      <w:r>
        <w:rPr>
          <w:rFonts w:ascii="Montserrat" w:hAnsi="Montserrat"/>
          <w:sz w:val="16"/>
          <w:szCs w:val="16"/>
          <w:u w:val="single"/>
        </w:rPr>
        <w:t>Kommentare</w:t>
      </w:r>
      <w:proofErr w:type="spellEnd"/>
      <w:r w:rsidR="00A3635B" w:rsidRPr="00A3635B">
        <w:rPr>
          <w:rFonts w:ascii="Montserrat" w:hAnsi="Montserrat"/>
          <w:sz w:val="16"/>
          <w:szCs w:val="16"/>
          <w:u w:val="single"/>
        </w:rPr>
        <w:t>:</w:t>
      </w:r>
    </w:p>
    <w:p w14:paraId="2E4981D1" w14:textId="44250D2C" w:rsidR="00A3635B" w:rsidRDefault="00A3635B" w:rsidP="00A3635B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____________________</w:t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</w:r>
      <w:r>
        <w:rPr>
          <w:rFonts w:ascii="Montserrat" w:hAnsi="Montserrat"/>
          <w:sz w:val="20"/>
          <w:szCs w:val="20"/>
        </w:rPr>
        <w:tab/>
        <w:t xml:space="preserve"> ____________________</w:t>
      </w:r>
    </w:p>
    <w:p w14:paraId="31462810" w14:textId="41F0D455" w:rsidR="00A3635B" w:rsidRPr="00A3635B" w:rsidRDefault="00A3635B">
      <w:pPr>
        <w:rPr>
          <w:rFonts w:ascii="Montserrat" w:hAnsi="Montserrat"/>
          <w:sz w:val="16"/>
          <w:szCs w:val="16"/>
        </w:rPr>
      </w:pPr>
      <w:r w:rsidRPr="00A3635B">
        <w:rPr>
          <w:rFonts w:ascii="Montserrat" w:hAnsi="Montserrat"/>
          <w:sz w:val="16"/>
          <w:szCs w:val="16"/>
        </w:rPr>
        <w:t>(</w:t>
      </w:r>
      <w:proofErr w:type="spellStart"/>
      <w:r w:rsidR="00384B20">
        <w:rPr>
          <w:rFonts w:ascii="Montserrat" w:hAnsi="Montserrat"/>
          <w:sz w:val="16"/>
          <w:szCs w:val="16"/>
        </w:rPr>
        <w:t>Unterschrift</w:t>
      </w:r>
      <w:proofErr w:type="spellEnd"/>
      <w:r w:rsidR="00384B20">
        <w:rPr>
          <w:rFonts w:ascii="Montserrat" w:hAnsi="Montserrat"/>
          <w:sz w:val="16"/>
          <w:szCs w:val="16"/>
        </w:rPr>
        <w:t xml:space="preserve"> </w:t>
      </w:r>
      <w:proofErr w:type="spellStart"/>
      <w:r w:rsidRPr="00A3635B">
        <w:rPr>
          <w:rFonts w:ascii="Montserrat" w:hAnsi="Montserrat"/>
          <w:sz w:val="16"/>
          <w:szCs w:val="16"/>
        </w:rPr>
        <w:t>Do</w:t>
      </w:r>
      <w:r w:rsidR="00384B20">
        <w:rPr>
          <w:rFonts w:ascii="Montserrat" w:hAnsi="Montserrat"/>
          <w:sz w:val="16"/>
          <w:szCs w:val="16"/>
        </w:rPr>
        <w:t>k</w:t>
      </w:r>
      <w:r w:rsidRPr="00A3635B">
        <w:rPr>
          <w:rFonts w:ascii="Montserrat" w:hAnsi="Montserrat"/>
          <w:sz w:val="16"/>
          <w:szCs w:val="16"/>
        </w:rPr>
        <w:t>tor</w:t>
      </w:r>
      <w:proofErr w:type="spellEnd"/>
      <w:r w:rsidRPr="00A3635B">
        <w:rPr>
          <w:rFonts w:ascii="Montserrat" w:hAnsi="Montserrat"/>
          <w:sz w:val="16"/>
          <w:szCs w:val="16"/>
        </w:rPr>
        <w:t>)</w:t>
      </w:r>
      <w:r w:rsidRPr="00A3635B">
        <w:rPr>
          <w:rFonts w:ascii="Montserrat" w:hAnsi="Montserrat"/>
          <w:sz w:val="16"/>
          <w:szCs w:val="16"/>
        </w:rPr>
        <w:tab/>
      </w:r>
      <w:r w:rsidRPr="00A3635B">
        <w:rPr>
          <w:rFonts w:ascii="Montserrat" w:hAnsi="Montserrat"/>
          <w:sz w:val="16"/>
          <w:szCs w:val="16"/>
        </w:rPr>
        <w:tab/>
      </w:r>
      <w:r w:rsidRPr="00A3635B">
        <w:rPr>
          <w:rFonts w:ascii="Montserrat" w:hAnsi="Montserrat"/>
          <w:sz w:val="16"/>
          <w:szCs w:val="16"/>
        </w:rPr>
        <w:tab/>
      </w:r>
      <w:r w:rsidRPr="00A3635B">
        <w:rPr>
          <w:rFonts w:ascii="Montserrat" w:hAnsi="Montserrat"/>
          <w:sz w:val="16"/>
          <w:szCs w:val="16"/>
        </w:rPr>
        <w:tab/>
        <w:t>(</w:t>
      </w:r>
      <w:proofErr w:type="spellStart"/>
      <w:r w:rsidR="00384B20">
        <w:rPr>
          <w:rFonts w:ascii="Montserrat" w:hAnsi="Montserrat"/>
          <w:sz w:val="16"/>
          <w:szCs w:val="16"/>
        </w:rPr>
        <w:t>Unterschrift</w:t>
      </w:r>
      <w:proofErr w:type="spellEnd"/>
      <w:r w:rsidR="00384B20" w:rsidRPr="00A3635B">
        <w:rPr>
          <w:rFonts w:ascii="Montserrat" w:hAnsi="Montserrat"/>
          <w:sz w:val="16"/>
          <w:szCs w:val="16"/>
        </w:rPr>
        <w:t xml:space="preserve"> </w:t>
      </w:r>
      <w:r w:rsidR="00384B20">
        <w:rPr>
          <w:rFonts w:ascii="Montserrat" w:hAnsi="Montserrat"/>
          <w:sz w:val="16"/>
          <w:szCs w:val="16"/>
        </w:rPr>
        <w:t>MFA</w:t>
      </w:r>
      <w:r w:rsidRPr="00A3635B">
        <w:rPr>
          <w:rFonts w:ascii="Montserrat" w:hAnsi="Montserrat"/>
          <w:sz w:val="16"/>
          <w:szCs w:val="16"/>
        </w:rPr>
        <w:t>)</w:t>
      </w:r>
    </w:p>
    <w:sectPr w:rsidR="00A3635B" w:rsidRPr="00A3635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F2384" w14:textId="77777777" w:rsidR="004C13DE" w:rsidRDefault="004C13DE" w:rsidP="00061F43">
      <w:pPr>
        <w:spacing w:after="0" w:line="240" w:lineRule="auto"/>
      </w:pPr>
      <w:r>
        <w:separator/>
      </w:r>
    </w:p>
  </w:endnote>
  <w:endnote w:type="continuationSeparator" w:id="0">
    <w:p w14:paraId="3ED87702" w14:textId="77777777" w:rsidR="004C13DE" w:rsidRDefault="004C13DE" w:rsidP="0006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0CBE5" w14:textId="77777777" w:rsidR="004C13DE" w:rsidRDefault="004C13DE" w:rsidP="00061F43">
      <w:pPr>
        <w:spacing w:after="0" w:line="240" w:lineRule="auto"/>
      </w:pPr>
      <w:r>
        <w:separator/>
      </w:r>
    </w:p>
  </w:footnote>
  <w:footnote w:type="continuationSeparator" w:id="0">
    <w:p w14:paraId="3FAA41DA" w14:textId="77777777" w:rsidR="004C13DE" w:rsidRDefault="004C13DE" w:rsidP="0006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35E6" w14:textId="689EDD08" w:rsidR="00061F43" w:rsidRDefault="00061F43">
    <w:pPr>
      <w:pStyle w:val="Kopfzeile"/>
    </w:pPr>
    <w:r>
      <w:tab/>
    </w:r>
    <w:r>
      <w:tab/>
      <w:t xml:space="preserve">  </w:t>
    </w:r>
    <w:r>
      <w:rPr>
        <w:noProof/>
      </w:rPr>
      <w:drawing>
        <wp:inline distT="0" distB="0" distL="0" distR="0" wp14:anchorId="7B4B81BB" wp14:editId="27E63BC8">
          <wp:extent cx="1773767" cy="476449"/>
          <wp:effectExtent l="0" t="0" r="4445" b="6350"/>
          <wp:docPr id="181953359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533597" name="Grafik 18195335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6505" cy="487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1C4C57"/>
    <w:multiLevelType w:val="hybridMultilevel"/>
    <w:tmpl w:val="DAA8F9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B0125"/>
    <w:multiLevelType w:val="hybridMultilevel"/>
    <w:tmpl w:val="7EE46C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F2817"/>
    <w:multiLevelType w:val="hybridMultilevel"/>
    <w:tmpl w:val="2FA8BF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063488">
    <w:abstractNumId w:val="8"/>
  </w:num>
  <w:num w:numId="2" w16cid:durableId="1738481403">
    <w:abstractNumId w:val="6"/>
  </w:num>
  <w:num w:numId="3" w16cid:durableId="602344116">
    <w:abstractNumId w:val="5"/>
  </w:num>
  <w:num w:numId="4" w16cid:durableId="1313488462">
    <w:abstractNumId w:val="4"/>
  </w:num>
  <w:num w:numId="5" w16cid:durableId="737093180">
    <w:abstractNumId w:val="7"/>
  </w:num>
  <w:num w:numId="6" w16cid:durableId="1432817617">
    <w:abstractNumId w:val="3"/>
  </w:num>
  <w:num w:numId="7" w16cid:durableId="496921043">
    <w:abstractNumId w:val="2"/>
  </w:num>
  <w:num w:numId="8" w16cid:durableId="2103598648">
    <w:abstractNumId w:val="1"/>
  </w:num>
  <w:num w:numId="9" w16cid:durableId="561477915">
    <w:abstractNumId w:val="0"/>
  </w:num>
  <w:num w:numId="10" w16cid:durableId="1752192209">
    <w:abstractNumId w:val="9"/>
  </w:num>
  <w:num w:numId="11" w16cid:durableId="1980108064">
    <w:abstractNumId w:val="10"/>
  </w:num>
  <w:num w:numId="12" w16cid:durableId="20237037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F43"/>
    <w:rsid w:val="0015074B"/>
    <w:rsid w:val="00207E40"/>
    <w:rsid w:val="002828BC"/>
    <w:rsid w:val="0029639D"/>
    <w:rsid w:val="002F0FA5"/>
    <w:rsid w:val="00326F90"/>
    <w:rsid w:val="00345CEF"/>
    <w:rsid w:val="00384B20"/>
    <w:rsid w:val="004C13DE"/>
    <w:rsid w:val="004C28A2"/>
    <w:rsid w:val="00603C3B"/>
    <w:rsid w:val="00661C1D"/>
    <w:rsid w:val="006A2BDD"/>
    <w:rsid w:val="006E22B2"/>
    <w:rsid w:val="008A2671"/>
    <w:rsid w:val="009772F8"/>
    <w:rsid w:val="00977540"/>
    <w:rsid w:val="009A1C32"/>
    <w:rsid w:val="00A3635B"/>
    <w:rsid w:val="00A73F58"/>
    <w:rsid w:val="00AA1D8D"/>
    <w:rsid w:val="00B043BD"/>
    <w:rsid w:val="00B47730"/>
    <w:rsid w:val="00B67FDB"/>
    <w:rsid w:val="00BF673B"/>
    <w:rsid w:val="00CB0664"/>
    <w:rsid w:val="00D97279"/>
    <w:rsid w:val="00DA241B"/>
    <w:rsid w:val="00EA3DA3"/>
    <w:rsid w:val="00FB38EC"/>
    <w:rsid w:val="00FC693F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E50D4"/>
  <w14:defaultImageDpi w14:val="300"/>
  <w15:docId w15:val="{8F998CDB-A789-1747-8E0F-66BB3063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Jurek</cp:lastModifiedBy>
  <cp:revision>2</cp:revision>
  <cp:lastPrinted>2025-12-28T20:38:00Z</cp:lastPrinted>
  <dcterms:created xsi:type="dcterms:W3CDTF">2026-03-23T15:16:00Z</dcterms:created>
  <dcterms:modified xsi:type="dcterms:W3CDTF">2026-03-23T15:16:00Z</dcterms:modified>
  <cp:category/>
</cp:coreProperties>
</file>